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בית – אוגדן פרומפטים מנצחים</w:t>
            </w:r>
          </w:p>
          <w:p>
            <w:pPr>
              <w:bidi/>
              <w:jc w:val="right"/>
            </w:pPr>
            <w:r>
              <w:rPr>
                <w:rFonts w:ascii="Arial" w:hAnsi="Arial" w:cs="Arial" w:eastAsia="Arial"/>
                <w:lang w:val="he-IL" w:bidi="he-IL"/>
                <w:b/>
                <w:color w:val="3C1361"/>
                <w:sz w:val="32"/>
                <w:rtl/>
                <w:szCs w:val="32"/>
                <w:bCs/>
              </w:rPr>
              <w:t>חוברת תרגול – אוגדן פרומפטים מנצחים</w:t>
            </w:r>
          </w:p>
        </w:tc>
        <w:tc>
          <w:tcPr>
            <w:tcW w:type="dxa" w:w="2211"/>
            <w:shd w:val="clear" w:fill="FFF5E6"/>
          </w:tcPr>
          <w:p>
            <w:pPr>
              <w:bidi/>
              <w:jc w:val="right"/>
            </w:pPr>
            <w:r>
              <w:rPr>
                <w:rFonts w:ascii="Arial" w:hAnsi="Arial" w:cs="Arial" w:eastAsia="Arial"/>
                <w:lang w:val="he-IL" w:bidi="he-IL"/>
                <w:b/>
                <w:sz w:val="22"/>
                <w:rtl/>
                <w:szCs w:val="22"/>
                <w:bCs/>
              </w:rPr>
              <w:t>מהדורה למורה · עולים חדשים</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מרכיבי הבקשה הברורה: למי זה, מה צריך, איך זה ייראה ומה אסור</w:t>
      </w:r>
    </w:p>
    <w:p>
      <w:pPr>
        <w:bidi/>
        <w:spacing w:after="80"/>
        <w:jc w:val="right"/>
      </w:pPr>
      <w:r>
        <w:rPr>
          <w:rFonts w:ascii="Arial" w:hAnsi="Arial" w:cs="Arial" w:eastAsia="Arial"/>
          <w:lang w:val="he-IL" w:bidi="he-IL"/>
          <w:sz w:val="22"/>
          <w:rtl/>
          <w:szCs w:val="22"/>
        </w:rPr>
        <w:t>• לתרגל כתיבת הוראות קצרות וברורות למשימה, למשחק או לסיפור</w:t>
      </w:r>
    </w:p>
    <w:p>
      <w:pPr>
        <w:bidi/>
        <w:spacing w:after="80"/>
        <w:jc w:val="right"/>
      </w:pPr>
      <w:r>
        <w:rPr>
          <w:rFonts w:ascii="Arial" w:hAnsi="Arial" w:cs="Arial" w:eastAsia="Arial"/>
          <w:lang w:val="he-IL" w:bidi="he-IL"/>
          <w:sz w:val="22"/>
          <w:rtl/>
          <w:szCs w:val="22"/>
        </w:rPr>
        <w:t>• לדעת להתאים אותה הודעה לקוראים שונים – קצר, פשוט או עם תמונות</w:t>
      </w:r>
    </w:p>
    <w:p>
      <w:pPr>
        <w:bidi/>
        <w:spacing w:after="80"/>
        <w:jc w:val="right"/>
      </w:pPr>
      <w:r>
        <w:rPr>
          <w:rFonts w:ascii="Arial" w:hAnsi="Arial" w:cs="Arial" w:eastAsia="Arial"/>
          <w:lang w:val="he-IL" w:bidi="he-IL"/>
          <w:sz w:val="22"/>
          <w:rtl/>
          <w:szCs w:val="22"/>
        </w:rPr>
        <w:t>• לתרגל בדיקה עצמית ושיפור של מה שכתבו</w:t>
      </w:r>
    </w:p>
    <w:p>
      <w:pPr>
        <w:bidi/>
        <w:spacing w:after="80"/>
        <w:jc w:val="right"/>
      </w:pPr>
      <w:r>
        <w:rPr>
          <w:rFonts w:ascii="Arial" w:hAnsi="Arial" w:cs="Arial" w:eastAsia="Arial"/>
          <w:lang w:val="he-IL" w:bidi="he-IL"/>
          <w:color w:val="744210"/>
          <w:sz w:val="22"/>
          <w:rtl/>
          <w:szCs w:val="22"/>
        </w:rPr>
        <w:t>גרסת עולים חדשים – מילון מילים בראש הדף, משפטים קצרים ושפה פשוטה. אפשר לאפשר מילון אישי ועבודה בזוגות.</w:t>
      </w:r>
    </w:p>
    <w:p>
      <w:pPr>
        <w:bidi/>
        <w:pStyle w:val="Heading3"/>
        <w:spacing w:after="80"/>
        <w:jc w:val="right"/>
      </w:pPr>
      <w:r>
        <w:rPr>
          <w:rFonts w:ascii="Arial" w:hAnsi="Arial" w:cs="Arial" w:eastAsia="Arial"/>
          <w:lang w:val="he-IL" w:bidi="he-IL"/>
          <w:b/>
          <w:color w:val="E53E3E"/>
          <w:sz w:val="26"/>
          <w:rtl/>
          <w:szCs w:val="26"/>
          <w:bCs/>
        </w:rPr>
        <w:t>חלק א׳ – פרק 1 · איך כותבים בקשה ברורה (אבני הבניין) – מכירים את אבני הבניין</w:t>
      </w:r>
    </w:p>
    <w:p>
      <w:pPr>
        <w:bidi/>
        <w:spacing w:after="40"/>
        <w:jc w:val="right"/>
      </w:pPr>
      <w:r>
        <w:rPr>
          <w:rFonts w:ascii="Arial" w:hAnsi="Arial" w:cs="Arial" w:eastAsia="Arial"/>
          <w:lang w:val="he-IL" w:bidi="he-IL"/>
          <w:sz w:val="22"/>
          <w:rtl/>
          <w:szCs w:val="22"/>
        </w:rPr>
        <w:t>1. א – איזו דמות או בעל מקצוע לדמיין שהוא</w:t>
      </w:r>
    </w:p>
    <w:p>
      <w:pPr>
        <w:bidi/>
        <w:spacing w:after="40"/>
        <w:jc w:val="right"/>
      </w:pPr>
      <w:r>
        <w:rPr>
          <w:rFonts w:ascii="Arial" w:hAnsi="Arial" w:cs="Arial" w:eastAsia="Arial"/>
          <w:lang w:val="he-IL" w:bidi="he-IL"/>
          <w:sz w:val="22"/>
          <w:rtl/>
          <w:szCs w:val="22"/>
        </w:rPr>
        <w:t>2. א – מה בדיוק צריך ליצור</w:t>
      </w:r>
    </w:p>
    <w:p>
      <w:pPr>
        <w:bidi/>
        <w:spacing w:after="40"/>
        <w:jc w:val="right"/>
      </w:pPr>
      <w:r>
        <w:rPr>
          <w:rFonts w:ascii="Arial" w:hAnsi="Arial" w:cs="Arial" w:eastAsia="Arial"/>
          <w:lang w:val="he-IL" w:bidi="he-IL"/>
          <w:sz w:val="22"/>
          <w:rtl/>
          <w:szCs w:val="22"/>
        </w:rPr>
        <w:t>3. א – פרטים על הכיתה והנושא שכבר נלמד</w:t>
      </w:r>
    </w:p>
    <w:p>
      <w:pPr>
        <w:bidi/>
        <w:spacing w:after="40"/>
        <w:jc w:val="right"/>
      </w:pPr>
      <w:r>
        <w:rPr>
          <w:rFonts w:ascii="Arial" w:hAnsi="Arial" w:cs="Arial" w:eastAsia="Arial"/>
          <w:lang w:val="he-IL" w:bidi="he-IL"/>
          <w:sz w:val="22"/>
          <w:rtl/>
          <w:szCs w:val="22"/>
        </w:rPr>
        <w:t>4. א – איך ייראה התוצר, למשל טבלה או רשימה</w:t>
      </w:r>
    </w:p>
    <w:p>
      <w:pPr>
        <w:bidi/>
        <w:spacing w:after="40"/>
        <w:jc w:val="right"/>
      </w:pPr>
      <w:r>
        <w:rPr>
          <w:rFonts w:ascii="Arial" w:hAnsi="Arial" w:cs="Arial" w:eastAsia="Arial"/>
          <w:lang w:val="he-IL" w:bidi="he-IL"/>
          <w:sz w:val="22"/>
          <w:rtl/>
          <w:szCs w:val="22"/>
        </w:rPr>
        <w:t>5. א – כללים וגבולות כמו אורך או זמן</w:t>
      </w:r>
    </w:p>
    <w:p>
      <w:pPr>
        <w:bidi/>
        <w:pStyle w:val="Heading3"/>
        <w:spacing w:after="80"/>
        <w:jc w:val="right"/>
      </w:pPr>
      <w:r>
        <w:rPr>
          <w:rFonts w:ascii="Arial" w:hAnsi="Arial" w:cs="Arial" w:eastAsia="Arial"/>
          <w:lang w:val="he-IL" w:bidi="he-IL"/>
          <w:b/>
          <w:color w:val="DD6B20"/>
          <w:sz w:val="26"/>
          <w:rtl/>
          <w:szCs w:val="26"/>
          <w:bCs/>
        </w:rPr>
        <w:t>חלק ב׳ – פרק 1 · איך כותבים בקשה ברורה (אבני הבניין) – התאמת דוגמאות לכל אבן</w:t>
      </w:r>
    </w:p>
    <w:p>
      <w:pPr>
        <w:bidi/>
        <w:spacing w:after="40"/>
        <w:jc w:val="right"/>
      </w:pPr>
      <w:r>
        <w:rPr>
          <w:rFonts w:ascii="Arial" w:hAnsi="Arial" w:cs="Arial" w:eastAsia="Arial"/>
          <w:lang w:val="he-IL" w:bidi="he-IL"/>
          <w:sz w:val="22"/>
          <w:rtl/>
          <w:szCs w:val="22"/>
        </w:rPr>
        <w:t>1 – ה (מורה ותיק שמתכנן שיעורים)</w:t>
      </w:r>
    </w:p>
    <w:p>
      <w:pPr>
        <w:bidi/>
        <w:spacing w:after="40"/>
        <w:jc w:val="right"/>
      </w:pPr>
      <w:r>
        <w:rPr>
          <w:rFonts w:ascii="Arial" w:hAnsi="Arial" w:cs="Arial" w:eastAsia="Arial"/>
          <w:lang w:val="he-IL" w:bidi="he-IL"/>
          <w:sz w:val="22"/>
          <w:rtl/>
          <w:szCs w:val="22"/>
        </w:rPr>
        <w:t>2 – ג (בנו מערך שיעור בנושא מסוים)</w:t>
      </w:r>
    </w:p>
    <w:p>
      <w:pPr>
        <w:bidi/>
        <w:spacing w:after="40"/>
        <w:jc w:val="right"/>
      </w:pPr>
      <w:r>
        <w:rPr>
          <w:rFonts w:ascii="Arial" w:hAnsi="Arial" w:cs="Arial" w:eastAsia="Arial"/>
          <w:lang w:val="he-IL" w:bidi="he-IL"/>
          <w:sz w:val="22"/>
          <w:rtl/>
          <w:szCs w:val="22"/>
        </w:rPr>
        <w:t>3 – ד (בכיתה יש תלמידים שכבר יודעים נושא קודם)</w:t>
      </w:r>
    </w:p>
    <w:p>
      <w:pPr>
        <w:bidi/>
        <w:spacing w:after="40"/>
        <w:jc w:val="right"/>
      </w:pPr>
      <w:r>
        <w:rPr>
          <w:rFonts w:ascii="Arial" w:hAnsi="Arial" w:cs="Arial" w:eastAsia="Arial"/>
          <w:lang w:val="he-IL" w:bidi="he-IL"/>
          <w:sz w:val="22"/>
          <w:rtl/>
          <w:szCs w:val="22"/>
        </w:rPr>
        <w:t>4 – א (טבלה עם עמודות של שלב וזמן)</w:t>
      </w:r>
    </w:p>
    <w:p>
      <w:pPr>
        <w:bidi/>
        <w:spacing w:after="40"/>
        <w:jc w:val="right"/>
      </w:pPr>
      <w:r>
        <w:rPr>
          <w:rFonts w:ascii="Arial" w:hAnsi="Arial" w:cs="Arial" w:eastAsia="Arial"/>
          <w:lang w:val="he-IL" w:bidi="he-IL"/>
          <w:sz w:val="22"/>
          <w:rtl/>
          <w:szCs w:val="22"/>
        </w:rPr>
        <w:t>5 – ו (סך הזמנים בדיוק 45 דקות)</w:t>
      </w:r>
    </w:p>
    <w:p>
      <w:pPr>
        <w:bidi/>
        <w:spacing w:after="40"/>
        <w:jc w:val="right"/>
      </w:pPr>
      <w:r>
        <w:rPr>
          <w:rFonts w:ascii="Arial" w:hAnsi="Arial" w:cs="Arial" w:eastAsia="Arial"/>
          <w:lang w:val="he-IL" w:bidi="he-IL"/>
          <w:sz w:val="22"/>
          <w:rtl/>
          <w:szCs w:val="22"/>
        </w:rPr>
        <w:t>6 – ב (הציגו שאלה אחת לדוגמה כדי להראות איך זה אמור להיראות)</w:t>
      </w:r>
    </w:p>
    <w:p>
      <w:pPr>
        <w:bidi/>
        <w:pStyle w:val="Heading3"/>
        <w:spacing w:after="80"/>
        <w:jc w:val="right"/>
      </w:pPr>
      <w:r>
        <w:rPr>
          <w:rFonts w:ascii="Arial" w:hAnsi="Arial" w:cs="Arial" w:eastAsia="Arial"/>
          <w:lang w:val="he-IL" w:bidi="he-IL"/>
          <w:b/>
          <w:color w:val="3182CE"/>
          <w:sz w:val="26"/>
          <w:rtl/>
          <w:szCs w:val="26"/>
          <w:bCs/>
        </w:rPr>
        <w:t>חלק ג׳ – פרק 1 · איך כותבים בקשה ברורה (אבני הבניין) – יישום וכתיבה</w:t>
      </w:r>
    </w:p>
    <w:p>
      <w:pPr>
        <w:bidi/>
        <w:spacing w:after="40"/>
        <w:jc w:val="right"/>
      </w:pPr>
      <w:r>
        <w:rPr>
          <w:rFonts w:ascii="Arial" w:hAnsi="Arial" w:cs="Arial" w:eastAsia="Arial"/>
          <w:lang w:val="he-IL" w:bidi="he-IL"/>
          <w:sz w:val="22"/>
          <w:rtl/>
          <w:szCs w:val="22"/>
        </w:rPr>
        <w:t>1. לא נכון – בלי משימה ברורה הכלי לא יודע מה בדיוק ליצור, ולכן חשוב לכתוב אותה.</w:t>
      </w:r>
    </w:p>
    <w:p>
      <w:pPr>
        <w:bidi/>
        <w:spacing w:after="40"/>
        <w:jc w:val="right"/>
      </w:pPr>
      <w:r>
        <w:rPr>
          <w:rFonts w:ascii="Arial" w:hAnsi="Arial" w:cs="Arial" w:eastAsia="Arial"/>
          <w:lang w:val="he-IL" w:bidi="he-IL"/>
          <w:sz w:val="22"/>
          <w:rtl/>
          <w:szCs w:val="22"/>
        </w:rPr>
        <w:t>2. נכון – מגבלות הן הכללים שמגבילים את התוצר, כמו אורך או זמן.</w:t>
      </w:r>
    </w:p>
    <w:p>
      <w:pPr>
        <w:bidi/>
        <w:pStyle w:val="Heading3"/>
        <w:spacing w:after="80"/>
        <w:jc w:val="right"/>
      </w:pPr>
      <w:r>
        <w:rPr>
          <w:rFonts w:ascii="Arial" w:hAnsi="Arial" w:cs="Arial" w:eastAsia="Arial"/>
          <w:lang w:val="he-IL" w:bidi="he-IL"/>
          <w:b/>
          <w:color w:val="38A169"/>
          <w:sz w:val="26"/>
          <w:rtl/>
          <w:szCs w:val="26"/>
          <w:bCs/>
        </w:rPr>
        <w:t>חלק ד׳ – פרק 1 · איך כותבים בקשה ברורה (אבני הבניין) – כתיבת בקשה משלי</w:t>
      </w:r>
    </w:p>
    <w:p>
      <w:pPr>
        <w:bidi/>
        <w:spacing w:after="40"/>
        <w:jc w:val="right"/>
      </w:pPr>
      <w:r>
        <w:rPr>
          <w:rFonts w:ascii="Arial" w:hAnsi="Arial" w:cs="Arial" w:eastAsia="Arial"/>
          <w:lang w:val="he-IL" w:bidi="he-IL"/>
          <w:sz w:val="22"/>
          <w:rtl/>
          <w:szCs w:val="22"/>
        </w:rPr>
        <w:t>1. תשובה חופשית: תפקיד כמו 'מורה', משימה ברורה כמו 'כתבו דף עבודה', והקשר כמו שכבת גיל ונושא.</w:t>
      </w:r>
    </w:p>
    <w:p>
      <w:pPr>
        <w:bidi/>
        <w:spacing w:after="40"/>
        <w:jc w:val="right"/>
      </w:pPr>
      <w:r>
        <w:rPr>
          <w:rFonts w:ascii="Arial" w:hAnsi="Arial" w:cs="Arial" w:eastAsia="Arial"/>
          <w:lang w:val="he-IL" w:bidi="he-IL"/>
          <w:sz w:val="22"/>
          <w:rtl/>
          <w:szCs w:val="22"/>
        </w:rPr>
        <w:t>2. תשובה חופשית: פורמט כמו טבלה או רשימה, ומגבלה כמו אורך או זמן, עם הסבר קצר.</w:t>
      </w:r>
    </w:p>
    <w:p>
      <w:pPr>
        <w:bidi/>
        <w:pStyle w:val="Heading3"/>
        <w:spacing w:after="80"/>
        <w:jc w:val="right"/>
      </w:pPr>
      <w:r>
        <w:rPr>
          <w:rFonts w:ascii="Arial" w:hAnsi="Arial" w:cs="Arial" w:eastAsia="Arial"/>
          <w:lang w:val="he-IL" w:bidi="he-IL"/>
          <w:b/>
          <w:color w:val="805AD5"/>
          <w:sz w:val="26"/>
          <w:rtl/>
          <w:szCs w:val="26"/>
          <w:bCs/>
        </w:rPr>
        <w:t>חלק ה׳ – פרק 2 · מתאימים הודעה לכל קהל – מכירים את הרעיון</w:t>
      </w:r>
    </w:p>
    <w:p>
      <w:pPr>
        <w:bidi/>
        <w:spacing w:after="40"/>
        <w:jc w:val="right"/>
      </w:pPr>
      <w:r>
        <w:rPr>
          <w:rFonts w:ascii="Arial" w:hAnsi="Arial" w:cs="Arial" w:eastAsia="Arial"/>
          <w:lang w:val="he-IL" w:bidi="he-IL"/>
          <w:sz w:val="22"/>
          <w:rtl/>
          <w:szCs w:val="22"/>
        </w:rPr>
        <w:t>1. לא נכון – אפשר ואפשר להכין כמה גרסאות לפי הקהל - רגיל, חנ״מ ועולים</w:t>
      </w:r>
    </w:p>
    <w:p>
      <w:pPr>
        <w:bidi/>
        <w:spacing w:after="40"/>
        <w:jc w:val="right"/>
      </w:pPr>
      <w:r>
        <w:rPr>
          <w:rFonts w:ascii="Arial" w:hAnsi="Arial" w:cs="Arial" w:eastAsia="Arial"/>
          <w:lang w:val="he-IL" w:bidi="he-IL"/>
          <w:sz w:val="22"/>
          <w:rtl/>
          <w:szCs w:val="22"/>
        </w:rPr>
        <w:t>2. נכון – כך כתוב בהתאמות לעולים באתר</w:t>
      </w:r>
    </w:p>
    <w:p>
      <w:pPr>
        <w:bidi/>
        <w:spacing w:after="40"/>
        <w:jc w:val="right"/>
      </w:pPr>
      <w:r>
        <w:rPr>
          <w:rFonts w:ascii="Arial" w:hAnsi="Arial" w:cs="Arial" w:eastAsia="Arial"/>
          <w:lang w:val="he-IL" w:bidi="he-IL"/>
          <w:sz w:val="22"/>
          <w:rtl/>
          <w:szCs w:val="22"/>
        </w:rPr>
        <w:t>3. נכון – יסודי/חט״ב/תיכון כפול רגיל/חנ״מ/עולים</w:t>
      </w:r>
    </w:p>
    <w:p>
      <w:pPr>
        <w:bidi/>
        <w:pStyle w:val="Heading3"/>
        <w:spacing w:after="80"/>
        <w:jc w:val="right"/>
      </w:pPr>
      <w:r>
        <w:rPr>
          <w:rFonts w:ascii="Arial" w:hAnsi="Arial" w:cs="Arial" w:eastAsia="Arial"/>
          <w:lang w:val="he-IL" w:bidi="he-IL"/>
          <w:b/>
          <w:color w:val="D53F8C"/>
          <w:sz w:val="26"/>
          <w:rtl/>
          <w:szCs w:val="26"/>
          <w:bCs/>
        </w:rPr>
        <w:t>חלק ו׳ – פרק 2 · מתאימים הודעה לכל קהל – בוחרים את ההתאמה הנכונה</w:t>
      </w:r>
    </w:p>
    <w:p>
      <w:pPr>
        <w:bidi/>
        <w:spacing w:after="40"/>
        <w:jc w:val="right"/>
      </w:pPr>
      <w:r>
        <w:rPr>
          <w:rFonts w:ascii="Arial" w:hAnsi="Arial" w:cs="Arial" w:eastAsia="Arial"/>
          <w:lang w:val="he-IL" w:bidi="he-IL"/>
          <w:sz w:val="22"/>
          <w:rtl/>
          <w:szCs w:val="22"/>
        </w:rPr>
        <w:t>1. א – 2-3 אפשרויות, משפטים קצרים ואימוג׳ים</w:t>
      </w:r>
    </w:p>
    <w:p>
      <w:pPr>
        <w:bidi/>
        <w:spacing w:after="40"/>
        <w:jc w:val="right"/>
      </w:pPr>
      <w:r>
        <w:rPr>
          <w:rFonts w:ascii="Arial" w:hAnsi="Arial" w:cs="Arial" w:eastAsia="Arial"/>
          <w:lang w:val="he-IL" w:bidi="he-IL"/>
          <w:sz w:val="22"/>
          <w:rtl/>
          <w:szCs w:val="22"/>
        </w:rPr>
        <w:t>2. ג – 3</w:t>
      </w:r>
    </w:p>
    <w:p>
      <w:pPr>
        <w:bidi/>
        <w:pStyle w:val="Heading3"/>
        <w:spacing w:after="80"/>
        <w:jc w:val="right"/>
      </w:pPr>
      <w:r>
        <w:rPr>
          <w:rFonts w:ascii="Arial" w:hAnsi="Arial" w:cs="Arial" w:eastAsia="Arial"/>
          <w:lang w:val="he-IL" w:bidi="he-IL"/>
          <w:b/>
          <w:color w:val="E53E3E"/>
          <w:sz w:val="26"/>
          <w:rtl/>
          <w:szCs w:val="26"/>
          <w:bCs/>
        </w:rPr>
        <w:t>חלק ז׳ – פרק 2 · מתאימים הודעה לכל קהל – מתאימים את הניסוח</w:t>
      </w:r>
    </w:p>
    <w:p>
      <w:pPr>
        <w:bidi/>
        <w:spacing w:after="40"/>
        <w:jc w:val="right"/>
      </w:pPr>
      <w:r>
        <w:rPr>
          <w:rFonts w:ascii="Arial" w:hAnsi="Arial" w:cs="Arial" w:eastAsia="Arial"/>
          <w:lang w:val="he-IL" w:bidi="he-IL"/>
          <w:sz w:val="22"/>
          <w:rtl/>
          <w:szCs w:val="22"/>
        </w:rPr>
        <w:t>1 – ג (משפטים קצרים, 2-3 אפשרויות ואימוג׳ים)</w:t>
      </w:r>
    </w:p>
    <w:p>
      <w:pPr>
        <w:bidi/>
        <w:spacing w:after="40"/>
        <w:jc w:val="right"/>
      </w:pPr>
      <w:r>
        <w:rPr>
          <w:rFonts w:ascii="Arial" w:hAnsi="Arial" w:cs="Arial" w:eastAsia="Arial"/>
          <w:lang w:val="he-IL" w:bidi="he-IL"/>
          <w:sz w:val="22"/>
          <w:rtl/>
          <w:szCs w:val="22"/>
        </w:rPr>
        <w:t>2 – ד (מילון חזותי ומשפטים פשוטים)</w:t>
      </w:r>
    </w:p>
    <w:p>
      <w:pPr>
        <w:bidi/>
        <w:spacing w:after="40"/>
        <w:jc w:val="right"/>
      </w:pPr>
      <w:r>
        <w:rPr>
          <w:rFonts w:ascii="Arial" w:hAnsi="Arial" w:cs="Arial" w:eastAsia="Arial"/>
          <w:lang w:val="he-IL" w:bidi="he-IL"/>
          <w:sz w:val="22"/>
          <w:rtl/>
          <w:szCs w:val="22"/>
        </w:rPr>
        <w:t>3 – ב (הגרסה הרגילה, בלי שינוי מיוחד)</w:t>
      </w:r>
    </w:p>
    <w:p>
      <w:pPr>
        <w:bidi/>
        <w:spacing w:after="40"/>
        <w:jc w:val="right"/>
      </w:pPr>
      <w:r>
        <w:rPr>
          <w:rFonts w:ascii="Arial" w:hAnsi="Arial" w:cs="Arial" w:eastAsia="Arial"/>
          <w:lang w:val="he-IL" w:bidi="he-IL"/>
          <w:sz w:val="22"/>
          <w:rtl/>
          <w:szCs w:val="22"/>
        </w:rPr>
        <w:t>4 – ה (קצרו לחצי ושמרו על העיקר)</w:t>
      </w:r>
    </w:p>
    <w:p>
      <w:pPr>
        <w:bidi/>
        <w:spacing w:after="40"/>
        <w:jc w:val="right"/>
      </w:pPr>
      <w:r>
        <w:rPr>
          <w:rFonts w:ascii="Arial" w:hAnsi="Arial" w:cs="Arial" w:eastAsia="Arial"/>
          <w:lang w:val="he-IL" w:bidi="he-IL"/>
          <w:sz w:val="22"/>
          <w:rtl/>
          <w:szCs w:val="22"/>
        </w:rPr>
        <w:t>5 – א (הפכו את הטקסט לטבלה ברורה)</w:t>
      </w:r>
    </w:p>
    <w:p>
      <w:pPr>
        <w:bidi/>
        <w:pStyle w:val="Heading3"/>
        <w:spacing w:after="80"/>
        <w:jc w:val="right"/>
      </w:pPr>
      <w:r>
        <w:rPr>
          <w:rFonts w:ascii="Arial" w:hAnsi="Arial" w:cs="Arial" w:eastAsia="Arial"/>
          <w:lang w:val="he-IL" w:bidi="he-IL"/>
          <w:b/>
          <w:color w:val="DD6B20"/>
          <w:sz w:val="26"/>
          <w:rtl/>
          <w:szCs w:val="26"/>
          <w:bCs/>
        </w:rPr>
        <w:t>חלק ח׳ – פרק 2 · מתאימים הודעה לכל קהל – משלימים מילה</w:t>
      </w:r>
    </w:p>
    <w:p>
      <w:pPr>
        <w:bidi/>
        <w:spacing w:after="40"/>
        <w:jc w:val="right"/>
      </w:pPr>
      <w:r>
        <w:rPr>
          <w:rFonts w:ascii="Arial" w:hAnsi="Arial" w:cs="Arial" w:eastAsia="Arial"/>
          <w:lang w:val="he-IL" w:bidi="he-IL"/>
          <w:sz w:val="22"/>
          <w:rtl/>
          <w:szCs w:val="22"/>
        </w:rPr>
        <w:t>1. פשוטות</w:t>
      </w:r>
    </w:p>
    <w:p>
      <w:pPr>
        <w:bidi/>
        <w:spacing w:after="40"/>
        <w:jc w:val="right"/>
      </w:pPr>
      <w:r>
        <w:rPr>
          <w:rFonts w:ascii="Arial" w:hAnsi="Arial" w:cs="Arial" w:eastAsia="Arial"/>
          <w:lang w:val="he-IL" w:bidi="he-IL"/>
          <w:sz w:val="22"/>
          <w:rtl/>
          <w:szCs w:val="22"/>
        </w:rPr>
        <w:t>2. 2-3</w:t>
      </w:r>
    </w:p>
    <w:p>
      <w:pPr>
        <w:bidi/>
        <w:pStyle w:val="Heading3"/>
        <w:spacing w:after="80"/>
        <w:jc w:val="right"/>
      </w:pPr>
      <w:r>
        <w:rPr>
          <w:rFonts w:ascii="Arial" w:hAnsi="Arial" w:cs="Arial" w:eastAsia="Arial"/>
          <w:lang w:val="he-IL" w:bidi="he-IL"/>
          <w:b/>
          <w:color w:val="3182CE"/>
          <w:sz w:val="26"/>
          <w:rtl/>
          <w:szCs w:val="26"/>
          <w:bCs/>
        </w:rPr>
        <w:t>חלק ט׳ – פרק 3 · בונים דף משימה או משחק – היכרות</w:t>
      </w:r>
    </w:p>
    <w:p>
      <w:pPr>
        <w:bidi/>
        <w:spacing w:after="40"/>
        <w:jc w:val="right"/>
      </w:pPr>
      <w:r>
        <w:rPr>
          <w:rFonts w:ascii="Arial" w:hAnsi="Arial" w:cs="Arial" w:eastAsia="Arial"/>
          <w:lang w:val="he-IL" w:bidi="he-IL"/>
          <w:sz w:val="22"/>
          <w:rtl/>
          <w:szCs w:val="22"/>
        </w:rPr>
        <w:t>1. ב – 11</w:t>
      </w:r>
    </w:p>
    <w:p>
      <w:pPr>
        <w:bidi/>
        <w:spacing w:after="40"/>
        <w:jc w:val="right"/>
      </w:pPr>
      <w:r>
        <w:rPr>
          <w:rFonts w:ascii="Arial" w:hAnsi="Arial" w:cs="Arial" w:eastAsia="Arial"/>
          <w:lang w:val="he-IL" w:bidi="he-IL"/>
          <w:sz w:val="22"/>
          <w:rtl/>
          <w:szCs w:val="22"/>
        </w:rPr>
        <w:t>2. ג – 11</w:t>
      </w:r>
    </w:p>
    <w:p>
      <w:pPr>
        <w:bidi/>
        <w:spacing w:after="40"/>
        <w:jc w:val="right"/>
      </w:pPr>
      <w:r>
        <w:rPr>
          <w:rFonts w:ascii="Arial" w:hAnsi="Arial" w:cs="Arial" w:eastAsia="Arial"/>
          <w:lang w:val="he-IL" w:bidi="he-IL"/>
          <w:sz w:val="22"/>
          <w:rtl/>
          <w:szCs w:val="22"/>
        </w:rPr>
        <w:t>3. ג – 6</w:t>
      </w:r>
    </w:p>
    <w:p>
      <w:pPr>
        <w:bidi/>
        <w:spacing w:after="40"/>
        <w:jc w:val="right"/>
      </w:pPr>
      <w:r>
        <w:rPr>
          <w:rFonts w:ascii="Arial" w:hAnsi="Arial" w:cs="Arial" w:eastAsia="Arial"/>
          <w:lang w:val="he-IL" w:bidi="he-IL"/>
          <w:sz w:val="22"/>
          <w:rtl/>
          <w:szCs w:val="22"/>
        </w:rPr>
        <w:t>4. ב – מה צריך ליצור</w:t>
      </w:r>
    </w:p>
    <w:p>
      <w:pPr>
        <w:bidi/>
        <w:pStyle w:val="Heading3"/>
        <w:spacing w:after="80"/>
        <w:jc w:val="right"/>
      </w:pPr>
      <w:r>
        <w:rPr>
          <w:rFonts w:ascii="Arial" w:hAnsi="Arial" w:cs="Arial" w:eastAsia="Arial"/>
          <w:lang w:val="he-IL" w:bidi="he-IL"/>
          <w:b/>
          <w:color w:val="38A169"/>
          <w:sz w:val="26"/>
          <w:rtl/>
          <w:szCs w:val="26"/>
          <w:bCs/>
        </w:rPr>
        <w:t>חלק י׳ – פרק 3 · בונים דף משימה או משחק – מה כל אבן בניין אומרת</w:t>
      </w:r>
    </w:p>
    <w:p>
      <w:pPr>
        <w:bidi/>
        <w:spacing w:after="40"/>
        <w:jc w:val="right"/>
      </w:pPr>
      <w:r>
        <w:rPr>
          <w:rFonts w:ascii="Arial" w:hAnsi="Arial" w:cs="Arial" w:eastAsia="Arial"/>
          <w:lang w:val="he-IL" w:bidi="he-IL"/>
          <w:sz w:val="22"/>
          <w:rtl/>
          <w:szCs w:val="22"/>
        </w:rPr>
        <w:t>1 – ה (מי המורה שמבקש את התוצר)</w:t>
      </w:r>
    </w:p>
    <w:p>
      <w:pPr>
        <w:bidi/>
        <w:spacing w:after="40"/>
        <w:jc w:val="right"/>
      </w:pPr>
      <w:r>
        <w:rPr>
          <w:rFonts w:ascii="Arial" w:hAnsi="Arial" w:cs="Arial" w:eastAsia="Arial"/>
          <w:lang w:val="he-IL" w:bidi="he-IL"/>
          <w:sz w:val="22"/>
          <w:rtl/>
          <w:szCs w:val="22"/>
        </w:rPr>
        <w:t>2 – ד (מה בדיוק צריך ליצור)</w:t>
      </w:r>
    </w:p>
    <w:p>
      <w:pPr>
        <w:bidi/>
        <w:spacing w:after="40"/>
        <w:jc w:val="right"/>
      </w:pPr>
      <w:r>
        <w:rPr>
          <w:rFonts w:ascii="Arial" w:hAnsi="Arial" w:cs="Arial" w:eastAsia="Arial"/>
          <w:lang w:val="he-IL" w:bidi="he-IL"/>
          <w:sz w:val="22"/>
          <w:rtl/>
          <w:szCs w:val="22"/>
        </w:rPr>
        <w:t>3 – ו (פרטים על הכיתה והשיעור)</w:t>
      </w:r>
    </w:p>
    <w:p>
      <w:pPr>
        <w:bidi/>
        <w:spacing w:after="40"/>
        <w:jc w:val="right"/>
      </w:pPr>
      <w:r>
        <w:rPr>
          <w:rFonts w:ascii="Arial" w:hAnsi="Arial" w:cs="Arial" w:eastAsia="Arial"/>
          <w:lang w:val="he-IL" w:bidi="he-IL"/>
          <w:sz w:val="22"/>
          <w:rtl/>
          <w:szCs w:val="22"/>
        </w:rPr>
        <w:t>4 – ב (איך התוצר ייראה, למשל טבלה)</w:t>
      </w:r>
    </w:p>
    <w:p>
      <w:pPr>
        <w:bidi/>
        <w:spacing w:after="40"/>
        <w:jc w:val="right"/>
      </w:pPr>
      <w:r>
        <w:rPr>
          <w:rFonts w:ascii="Arial" w:hAnsi="Arial" w:cs="Arial" w:eastAsia="Arial"/>
          <w:lang w:val="he-IL" w:bidi="he-IL"/>
          <w:sz w:val="22"/>
          <w:rtl/>
          <w:szCs w:val="22"/>
        </w:rPr>
        <w:t>5 – ג (כללים וגבולות לתוצר)</w:t>
      </w:r>
    </w:p>
    <w:p>
      <w:pPr>
        <w:bidi/>
        <w:spacing w:after="40"/>
        <w:jc w:val="right"/>
      </w:pPr>
      <w:r>
        <w:rPr>
          <w:rFonts w:ascii="Arial" w:hAnsi="Arial" w:cs="Arial" w:eastAsia="Arial"/>
          <w:lang w:val="he-IL" w:bidi="he-IL"/>
          <w:sz w:val="22"/>
          <w:rtl/>
          <w:szCs w:val="22"/>
        </w:rPr>
        <w:t>6 – א (דוגמה לתוצר הרצוי)</w:t>
      </w:r>
    </w:p>
    <w:p>
      <w:pPr>
        <w:bidi/>
        <w:pStyle w:val="Heading3"/>
        <w:spacing w:after="80"/>
        <w:jc w:val="right"/>
      </w:pPr>
      <w:r>
        <w:rPr>
          <w:rFonts w:ascii="Arial" w:hAnsi="Arial" w:cs="Arial" w:eastAsia="Arial"/>
          <w:lang w:val="he-IL" w:bidi="he-IL"/>
          <w:b/>
          <w:color w:val="805AD5"/>
          <w:sz w:val="26"/>
          <w:rtl/>
          <w:szCs w:val="26"/>
          <w:bCs/>
        </w:rPr>
        <w:t>חלק י״א – פרק 3 · בונים דף משימה או משחק – כותבים בעצמנו</w:t>
      </w:r>
    </w:p>
    <w:p>
      <w:pPr>
        <w:bidi/>
        <w:spacing w:after="40"/>
        <w:jc w:val="right"/>
      </w:pPr>
      <w:r>
        <w:rPr>
          <w:rFonts w:ascii="Arial" w:hAnsi="Arial" w:cs="Arial" w:eastAsia="Arial"/>
          <w:lang w:val="he-IL" w:bidi="he-IL"/>
          <w:sz w:val="22"/>
          <w:rtl/>
          <w:szCs w:val="22"/>
        </w:rPr>
        <w:t>1. נושא</w:t>
      </w:r>
    </w:p>
    <w:p>
      <w:pPr>
        <w:bidi/>
        <w:spacing w:after="40"/>
        <w:jc w:val="right"/>
      </w:pPr>
      <w:r>
        <w:rPr>
          <w:rFonts w:ascii="Arial" w:hAnsi="Arial" w:cs="Arial" w:eastAsia="Arial"/>
          <w:lang w:val="he-IL" w:bidi="he-IL"/>
          <w:sz w:val="22"/>
          <w:rtl/>
          <w:szCs w:val="22"/>
        </w:rPr>
        <w:t>2. פורמט</w:t>
      </w:r>
    </w:p>
    <w:p>
      <w:pPr>
        <w:bidi/>
        <w:pStyle w:val="Heading3"/>
        <w:spacing w:after="80"/>
        <w:jc w:val="right"/>
      </w:pPr>
      <w:r>
        <w:rPr>
          <w:rFonts w:ascii="Arial" w:hAnsi="Arial" w:cs="Arial" w:eastAsia="Arial"/>
          <w:lang w:val="he-IL" w:bidi="he-IL"/>
          <w:b/>
          <w:color w:val="D53F8C"/>
          <w:sz w:val="26"/>
          <w:rtl/>
          <w:szCs w:val="26"/>
          <w:bCs/>
        </w:rPr>
        <w:t>חלק י״ב – פרק 4 · הבנת הנקרא וסיפורים – מושגים בסיסיים</w:t>
      </w:r>
    </w:p>
    <w:p>
      <w:pPr>
        <w:bidi/>
        <w:spacing w:after="40"/>
        <w:jc w:val="right"/>
      </w:pPr>
      <w:r>
        <w:rPr>
          <w:rFonts w:ascii="Arial" w:hAnsi="Arial" w:cs="Arial" w:eastAsia="Arial"/>
          <w:lang w:val="he-IL" w:bidi="he-IL"/>
          <w:sz w:val="22"/>
          <w:rtl/>
          <w:szCs w:val="22"/>
        </w:rPr>
        <w:t>1. ב – הגיבור או הגיבורה של הסיפור</w:t>
      </w:r>
    </w:p>
    <w:p>
      <w:pPr>
        <w:bidi/>
        <w:spacing w:after="40"/>
        <w:jc w:val="right"/>
      </w:pPr>
      <w:r>
        <w:rPr>
          <w:rFonts w:ascii="Arial" w:hAnsi="Arial" w:cs="Arial" w:eastAsia="Arial"/>
          <w:lang w:val="he-IL" w:bidi="he-IL"/>
          <w:sz w:val="22"/>
          <w:rtl/>
          <w:szCs w:val="22"/>
        </w:rPr>
        <w:t>2. ב – סדר האירועים שקורים בסיפור</w:t>
      </w:r>
    </w:p>
    <w:p>
      <w:pPr>
        <w:bidi/>
        <w:spacing w:after="40"/>
        <w:jc w:val="right"/>
      </w:pPr>
      <w:r>
        <w:rPr>
          <w:rFonts w:ascii="Arial" w:hAnsi="Arial" w:cs="Arial" w:eastAsia="Arial"/>
          <w:lang w:val="he-IL" w:bidi="he-IL"/>
          <w:sz w:val="22"/>
          <w:rtl/>
          <w:szCs w:val="22"/>
        </w:rPr>
        <w:t>3. א – התחלה, אמצע וסוף</w:t>
      </w:r>
    </w:p>
    <w:p>
      <w:pPr>
        <w:bidi/>
        <w:spacing w:after="40"/>
        <w:jc w:val="right"/>
      </w:pPr>
      <w:r>
        <w:rPr>
          <w:rFonts w:ascii="Arial" w:hAnsi="Arial" w:cs="Arial" w:eastAsia="Arial"/>
          <w:lang w:val="he-IL" w:bidi="he-IL"/>
          <w:sz w:val="22"/>
          <w:rtl/>
          <w:szCs w:val="22"/>
        </w:rPr>
        <w:t>4. א – ללמוד מילים חדשות וקשות שבטקסט</w:t>
      </w:r>
    </w:p>
    <w:p>
      <w:pPr>
        <w:bidi/>
        <w:pStyle w:val="Heading3"/>
        <w:spacing w:after="80"/>
        <w:jc w:val="right"/>
      </w:pPr>
      <w:r>
        <w:rPr>
          <w:rFonts w:ascii="Arial" w:hAnsi="Arial" w:cs="Arial" w:eastAsia="Arial"/>
          <w:lang w:val="he-IL" w:bidi="he-IL"/>
          <w:b/>
          <w:color w:val="E53E3E"/>
          <w:sz w:val="26"/>
          <w:rtl/>
          <w:szCs w:val="26"/>
          <w:bCs/>
        </w:rPr>
        <w:t>חלק י״ג – פרק 4 · הבנת הנקרא וסיפורים – התאמת מושגים</w:t>
      </w:r>
    </w:p>
    <w:p>
      <w:pPr>
        <w:bidi/>
        <w:spacing w:after="40"/>
        <w:jc w:val="right"/>
      </w:pPr>
      <w:r>
        <w:rPr>
          <w:rFonts w:ascii="Arial" w:hAnsi="Arial" w:cs="Arial" w:eastAsia="Arial"/>
          <w:lang w:val="he-IL" w:bidi="he-IL"/>
          <w:sz w:val="22"/>
          <w:rtl/>
          <w:szCs w:val="22"/>
        </w:rPr>
        <w:t>1 – ה (מי שהסיפור מספר עליו, הגיבור או הגיבורה)</w:t>
      </w:r>
    </w:p>
    <w:p>
      <w:pPr>
        <w:bidi/>
        <w:spacing w:after="40"/>
        <w:jc w:val="right"/>
      </w:pPr>
      <w:r>
        <w:rPr>
          <w:rFonts w:ascii="Arial" w:hAnsi="Arial" w:cs="Arial" w:eastAsia="Arial"/>
          <w:lang w:val="he-IL" w:bidi="he-IL"/>
          <w:sz w:val="22"/>
          <w:rtl/>
          <w:szCs w:val="22"/>
        </w:rPr>
        <w:t>2 – ג (סדר האירועים שקורים בסיפור)</w:t>
      </w:r>
    </w:p>
    <w:p>
      <w:pPr>
        <w:bidi/>
        <w:spacing w:after="40"/>
        <w:jc w:val="right"/>
      </w:pPr>
      <w:r>
        <w:rPr>
          <w:rFonts w:ascii="Arial" w:hAnsi="Arial" w:cs="Arial" w:eastAsia="Arial"/>
          <w:lang w:val="he-IL" w:bidi="he-IL"/>
          <w:sz w:val="22"/>
          <w:rtl/>
          <w:szCs w:val="22"/>
        </w:rPr>
        <w:t>3 – ב (המקום והזמן שבהם מתרחש הסיפור)</w:t>
      </w:r>
    </w:p>
    <w:p>
      <w:pPr>
        <w:bidi/>
        <w:spacing w:after="40"/>
        <w:jc w:val="right"/>
      </w:pPr>
      <w:r>
        <w:rPr>
          <w:rFonts w:ascii="Arial" w:hAnsi="Arial" w:cs="Arial" w:eastAsia="Arial"/>
          <w:lang w:val="he-IL" w:bidi="he-IL"/>
          <w:sz w:val="22"/>
          <w:rtl/>
          <w:szCs w:val="22"/>
        </w:rPr>
        <w:t>4 – א (מילה שלא הכרנו לפני קריאת הטקסט)</w:t>
      </w:r>
    </w:p>
    <w:p>
      <w:pPr>
        <w:bidi/>
        <w:spacing w:after="40"/>
        <w:jc w:val="right"/>
      </w:pPr>
      <w:r>
        <w:rPr>
          <w:rFonts w:ascii="Arial" w:hAnsi="Arial" w:cs="Arial" w:eastAsia="Arial"/>
          <w:lang w:val="he-IL" w:bidi="he-IL"/>
          <w:sz w:val="22"/>
          <w:rtl/>
          <w:szCs w:val="22"/>
        </w:rPr>
        <w:t>5 – ד (הלקח או הרעיון שהסיפור רוצה ללמד אותנו)</w:t>
      </w:r>
    </w:p>
    <w:p>
      <w:pPr>
        <w:bidi/>
        <w:pStyle w:val="Heading3"/>
        <w:spacing w:after="80"/>
        <w:jc w:val="right"/>
      </w:pPr>
      <w:r>
        <w:rPr>
          <w:rFonts w:ascii="Arial" w:hAnsi="Arial" w:cs="Arial" w:eastAsia="Arial"/>
          <w:lang w:val="he-IL" w:bidi="he-IL"/>
          <w:b/>
          <w:color w:val="DD6B20"/>
          <w:sz w:val="26"/>
          <w:rtl/>
          <w:szCs w:val="26"/>
          <w:bCs/>
        </w:rPr>
        <w:t>חלק י״ד – פרק 4 · הבנת הנקרא וסיפורים – קריאה והבנה</w:t>
      </w:r>
    </w:p>
    <w:p>
      <w:pPr>
        <w:bidi/>
        <w:spacing w:after="40"/>
        <w:jc w:val="right"/>
      </w:pPr>
      <w:r>
        <w:rPr>
          <w:rFonts w:ascii="Arial" w:hAnsi="Arial" w:cs="Arial" w:eastAsia="Arial"/>
          <w:lang w:val="he-IL" w:bidi="he-IL"/>
          <w:sz w:val="22"/>
          <w:rtl/>
          <w:szCs w:val="22"/>
        </w:rPr>
        <w:t>1. ציפור קטנה שנפלה מהקן</w:t>
      </w:r>
    </w:p>
    <w:p>
      <w:pPr>
        <w:bidi/>
        <w:spacing w:after="40"/>
        <w:jc w:val="right"/>
      </w:pPr>
      <w:r>
        <w:rPr>
          <w:rFonts w:ascii="Arial" w:hAnsi="Arial" w:cs="Arial" w:eastAsia="Arial"/>
          <w:lang w:val="he-IL" w:bidi="he-IL"/>
          <w:sz w:val="22"/>
          <w:rtl/>
          <w:szCs w:val="22"/>
        </w:rPr>
        <w:t>2. היא האכילה אותה ונתנה לה מים כל יום</w:t>
      </w:r>
    </w:p>
    <w:p>
      <w:pPr>
        <w:bidi/>
        <w:spacing w:after="40"/>
        <w:jc w:val="right"/>
      </w:pPr>
      <w:r>
        <w:rPr>
          <w:rFonts w:ascii="Arial" w:hAnsi="Arial" w:cs="Arial" w:eastAsia="Arial"/>
          <w:lang w:val="he-IL" w:bidi="he-IL"/>
          <w:sz w:val="22"/>
          <w:rtl/>
          <w:szCs w:val="22"/>
        </w:rPr>
        <w:t>3. כי הציפור התחזקה והצליחה לעוף בחזרה לשמיים</w:t>
      </w:r>
    </w:p>
    <w:p>
      <w:pPr>
        <w:bidi/>
        <w:spacing w:after="40"/>
        <w:jc w:val="right"/>
      </w:pPr>
      <w:r>
        <w:rPr>
          <w:rFonts w:ascii="Arial" w:hAnsi="Arial" w:cs="Arial" w:eastAsia="Arial"/>
          <w:lang w:val="he-IL" w:bidi="he-IL"/>
          <w:sz w:val="22"/>
          <w:rtl/>
          <w:szCs w:val="22"/>
        </w:rPr>
        <w:t>4. כותרת שקשורה לטיפול בציפור, למשל 'הציפור שחזרה הביתה', עם נימוק קצר</w:t>
      </w:r>
    </w:p>
    <w:p>
      <w:pPr>
        <w:bidi/>
        <w:pStyle w:val="Heading3"/>
        <w:spacing w:after="80"/>
        <w:jc w:val="right"/>
      </w:pPr>
      <w:r>
        <w:rPr>
          <w:rFonts w:ascii="Arial" w:hAnsi="Arial" w:cs="Arial" w:eastAsia="Arial"/>
          <w:lang w:val="he-IL" w:bidi="he-IL"/>
          <w:b/>
          <w:color w:val="3182CE"/>
          <w:sz w:val="26"/>
          <w:rtl/>
          <w:szCs w:val="26"/>
          <w:bCs/>
        </w:rPr>
        <w:t>חלק ט״ו – פרק 5 · הודעות, רגשות ותקשורת – זיהוי יסודות של הודעה מנומסת ורגשות</w:t>
      </w:r>
    </w:p>
    <w:p>
      <w:pPr>
        <w:bidi/>
        <w:spacing w:after="40"/>
        <w:jc w:val="right"/>
      </w:pPr>
      <w:r>
        <w:rPr>
          <w:rFonts w:ascii="Arial" w:hAnsi="Arial" w:cs="Arial" w:eastAsia="Arial"/>
          <w:lang w:val="he-IL" w:bidi="he-IL"/>
          <w:sz w:val="22"/>
          <w:rtl/>
          <w:szCs w:val="22"/>
        </w:rPr>
        <w:t>1. נכון – ברכה בפתיחה גורמת להודעה להיות נעימה ומנומסת</w:t>
      </w:r>
    </w:p>
    <w:p>
      <w:pPr>
        <w:bidi/>
        <w:spacing w:after="40"/>
        <w:jc w:val="right"/>
      </w:pPr>
      <w:r>
        <w:rPr>
          <w:rFonts w:ascii="Arial" w:hAnsi="Arial" w:cs="Arial" w:eastAsia="Arial"/>
          <w:lang w:val="he-IL" w:bidi="he-IL"/>
          <w:sz w:val="22"/>
          <w:rtl/>
          <w:szCs w:val="22"/>
        </w:rPr>
        <w:t>2. נכון – אלה שמות של רגשות שונים שאפשר להרגיש</w:t>
      </w:r>
    </w:p>
    <w:p>
      <w:pPr>
        <w:bidi/>
        <w:spacing w:after="40"/>
        <w:jc w:val="right"/>
      </w:pPr>
      <w:r>
        <w:rPr>
          <w:rFonts w:ascii="Arial" w:hAnsi="Arial" w:cs="Arial" w:eastAsia="Arial"/>
          <w:lang w:val="he-IL" w:bidi="he-IL"/>
          <w:sz w:val="22"/>
          <w:rtl/>
          <w:szCs w:val="22"/>
        </w:rPr>
        <w:t>3. לא נכון – צריך לשמור על פרטיות ולא לכתוב פרטים אישיים של אחרים</w:t>
      </w:r>
    </w:p>
    <w:p>
      <w:pPr>
        <w:bidi/>
        <w:spacing w:after="40"/>
        <w:jc w:val="right"/>
      </w:pPr>
      <w:r>
        <w:rPr>
          <w:rFonts w:ascii="Arial" w:hAnsi="Arial" w:cs="Arial" w:eastAsia="Arial"/>
          <w:lang w:val="he-IL" w:bidi="he-IL"/>
          <w:sz w:val="22"/>
          <w:rtl/>
          <w:szCs w:val="22"/>
        </w:rPr>
        <w:t>4. נכון – סיום מנומס כולל לרוב תודה או ברכה חמה</w:t>
      </w:r>
    </w:p>
    <w:p>
      <w:pPr>
        <w:bidi/>
        <w:spacing w:after="40"/>
        <w:jc w:val="right"/>
      </w:pPr>
      <w:r>
        <w:rPr>
          <w:rFonts w:ascii="Arial" w:hAnsi="Arial" w:cs="Arial" w:eastAsia="Arial"/>
          <w:lang w:val="he-IL" w:bidi="he-IL"/>
          <w:sz w:val="22"/>
          <w:rtl/>
          <w:szCs w:val="22"/>
        </w:rPr>
        <w:t>5. לא נכון – להרגיש מבולבל זה טבעי כשלומדים משהו חדש ולא קשור למאמץ</w:t>
      </w:r>
    </w:p>
    <w:p>
      <w:pPr>
        <w:bidi/>
        <w:pStyle w:val="Heading3"/>
        <w:spacing w:after="80"/>
        <w:jc w:val="right"/>
      </w:pPr>
      <w:r>
        <w:rPr>
          <w:rFonts w:ascii="Arial" w:hAnsi="Arial" w:cs="Arial" w:eastAsia="Arial"/>
          <w:lang w:val="he-IL" w:bidi="he-IL"/>
          <w:b/>
          <w:color w:val="38A169"/>
          <w:sz w:val="26"/>
          <w:rtl/>
          <w:szCs w:val="26"/>
          <w:bCs/>
        </w:rPr>
        <w:t>חלק ט״ז – פרק 5 · הודעות, רגשות ותקשורת – התאמת רגשות למצבים</w:t>
      </w:r>
    </w:p>
    <w:p>
      <w:pPr>
        <w:bidi/>
        <w:spacing w:after="40"/>
        <w:jc w:val="right"/>
      </w:pPr>
      <w:r>
        <w:rPr>
          <w:rFonts w:ascii="Arial" w:hAnsi="Arial" w:cs="Arial" w:eastAsia="Arial"/>
          <w:lang w:val="he-IL" w:bidi="he-IL"/>
          <w:sz w:val="22"/>
          <w:rtl/>
          <w:szCs w:val="22"/>
        </w:rPr>
        <w:t>1 – ג (קיבלתי מתנה ליום הולדת)</w:t>
      </w:r>
    </w:p>
    <w:p>
      <w:pPr>
        <w:bidi/>
        <w:spacing w:after="40"/>
        <w:jc w:val="right"/>
      </w:pPr>
      <w:r>
        <w:rPr>
          <w:rFonts w:ascii="Arial" w:hAnsi="Arial" w:cs="Arial" w:eastAsia="Arial"/>
          <w:lang w:val="he-IL" w:bidi="he-IL"/>
          <w:sz w:val="22"/>
          <w:rtl/>
          <w:szCs w:val="22"/>
        </w:rPr>
        <w:t>2 – ד (מחכה למבחן גדול מחר)</w:t>
      </w:r>
    </w:p>
    <w:p>
      <w:pPr>
        <w:bidi/>
        <w:spacing w:after="40"/>
        <w:jc w:val="right"/>
      </w:pPr>
      <w:r>
        <w:rPr>
          <w:rFonts w:ascii="Arial" w:hAnsi="Arial" w:cs="Arial" w:eastAsia="Arial"/>
          <w:lang w:val="he-IL" w:bidi="he-IL"/>
          <w:sz w:val="22"/>
          <w:rtl/>
          <w:szCs w:val="22"/>
        </w:rPr>
        <w:t>3 – א (סיימתי לבד משימה קשה)</w:t>
      </w:r>
    </w:p>
    <w:p>
      <w:pPr>
        <w:bidi/>
        <w:spacing w:after="40"/>
        <w:jc w:val="right"/>
      </w:pPr>
      <w:r>
        <w:rPr>
          <w:rFonts w:ascii="Arial" w:hAnsi="Arial" w:cs="Arial" w:eastAsia="Arial"/>
          <w:lang w:val="he-IL" w:bidi="he-IL"/>
          <w:sz w:val="22"/>
          <w:rtl/>
          <w:szCs w:val="22"/>
        </w:rPr>
        <w:t>4 – ה (לא הבנתי את ההסבר בשיעור)</w:t>
      </w:r>
    </w:p>
    <w:p>
      <w:pPr>
        <w:bidi/>
        <w:spacing w:after="40"/>
        <w:jc w:val="right"/>
      </w:pPr>
      <w:r>
        <w:rPr>
          <w:rFonts w:ascii="Arial" w:hAnsi="Arial" w:cs="Arial" w:eastAsia="Arial"/>
          <w:lang w:val="he-IL" w:bidi="he-IL"/>
          <w:sz w:val="22"/>
          <w:rtl/>
          <w:szCs w:val="22"/>
        </w:rPr>
        <w:t>5 – ב (תרגלתי הרבה ואני מוכן/ה למבחן)</w:t>
      </w:r>
    </w:p>
    <w:p>
      <w:pPr>
        <w:bidi/>
        <w:pStyle w:val="Heading3"/>
        <w:spacing w:after="80"/>
        <w:jc w:val="right"/>
      </w:pPr>
      <w:r>
        <w:rPr>
          <w:rFonts w:ascii="Arial" w:hAnsi="Arial" w:cs="Arial" w:eastAsia="Arial"/>
          <w:lang w:val="he-IL" w:bidi="he-IL"/>
          <w:b/>
          <w:color w:val="805AD5"/>
          <w:sz w:val="26"/>
          <w:rtl/>
          <w:szCs w:val="26"/>
          <w:bCs/>
        </w:rPr>
        <w:t>חלק י״ז – פרק 5 · הודעות, רגשות ותקשורת – כתיבה אישית</w:t>
      </w:r>
    </w:p>
    <w:p>
      <w:pPr>
        <w:bidi/>
        <w:spacing w:after="40"/>
        <w:jc w:val="right"/>
      </w:pPr>
      <w:r>
        <w:rPr>
          <w:rFonts w:ascii="Arial" w:hAnsi="Arial" w:cs="Arial" w:eastAsia="Arial"/>
          <w:lang w:val="he-IL" w:bidi="he-IL"/>
          <w:sz w:val="22"/>
          <w:rtl/>
          <w:szCs w:val="22"/>
        </w:rPr>
        <w:t>1. הודעה הכוללת ברכת פתיחה, תיאור הבעיה בבירור, ובקשה מנומסת לעזרה</w:t>
      </w:r>
    </w:p>
    <w:p>
      <w:pPr>
        <w:bidi/>
        <w:spacing w:after="40"/>
        <w:jc w:val="right"/>
      </w:pPr>
      <w:r>
        <w:rPr>
          <w:rFonts w:ascii="Arial" w:hAnsi="Arial" w:cs="Arial" w:eastAsia="Arial"/>
          <w:lang w:val="he-IL" w:bidi="he-IL"/>
          <w:sz w:val="22"/>
          <w:rtl/>
          <w:szCs w:val="22"/>
        </w:rPr>
        <w:t>2. הודעה הכוללת ברכה, תיאור ההצלחה, ומשפט סיום חם</w:t>
      </w:r>
    </w:p>
    <w:p>
      <w:pPr>
        <w:bidi/>
        <w:spacing w:after="40"/>
        <w:jc w:val="right"/>
      </w:pPr>
      <w:r>
        <w:rPr>
          <w:rFonts w:ascii="Arial" w:hAnsi="Arial" w:cs="Arial" w:eastAsia="Arial"/>
          <w:lang w:val="he-IL" w:bidi="he-IL"/>
          <w:sz w:val="22"/>
          <w:rtl/>
          <w:szCs w:val="22"/>
        </w:rPr>
        <w:t>3. תיאור רגש ברור עם הסבר מתאים, למשל: הרגשתי גאה כי הצלחתי להסביר תרגיל לחבר</w:t>
      </w:r>
    </w:p>
    <w:p>
      <w:pPr>
        <w:bidi/>
        <w:spacing w:after="40"/>
        <w:jc w:val="right"/>
      </w:pPr>
      <w:r>
        <w:rPr>
          <w:rFonts w:ascii="Arial" w:hAnsi="Arial" w:cs="Arial" w:eastAsia="Arial"/>
          <w:lang w:val="he-IL" w:bidi="he-IL"/>
          <w:sz w:val="22"/>
          <w:rtl/>
          <w:szCs w:val="22"/>
        </w:rPr>
        <w:t>4. למשל: להתחיל בברכה ולסיים בתודה; לא לכתוב שמות או פרטים אישיים של אחרים</w:t>
      </w:r>
    </w:p>
    <w:p>
      <w:pPr>
        <w:bidi/>
        <w:pStyle w:val="Heading3"/>
        <w:spacing w:after="80"/>
        <w:jc w:val="right"/>
      </w:pPr>
      <w:r>
        <w:rPr>
          <w:rFonts w:ascii="Arial" w:hAnsi="Arial" w:cs="Arial" w:eastAsia="Arial"/>
          <w:lang w:val="he-IL" w:bidi="he-IL"/>
          <w:b/>
          <w:color w:val="D53F8C"/>
          <w:sz w:val="26"/>
          <w:rtl/>
          <w:szCs w:val="26"/>
          <w:bCs/>
        </w:rPr>
        <w:t>חלק י״ח – פרק 6 · בודקים ומשפרים – זוכרים</w:t>
      </w:r>
    </w:p>
    <w:p>
      <w:pPr>
        <w:bidi/>
        <w:spacing w:after="40"/>
        <w:jc w:val="right"/>
      </w:pPr>
      <w:r>
        <w:rPr>
          <w:rFonts w:ascii="Arial" w:hAnsi="Arial" w:cs="Arial" w:eastAsia="Arial"/>
          <w:lang w:val="he-IL" w:bidi="he-IL"/>
          <w:sz w:val="22"/>
          <w:rtl/>
          <w:szCs w:val="22"/>
        </w:rPr>
        <w:t>1. נכון – זה החלק הראשון בכרטיס היציאה</w:t>
      </w:r>
    </w:p>
    <w:p>
      <w:pPr>
        <w:bidi/>
        <w:spacing w:after="40"/>
        <w:jc w:val="right"/>
      </w:pPr>
      <w:r>
        <w:rPr>
          <w:rFonts w:ascii="Arial" w:hAnsi="Arial" w:cs="Arial" w:eastAsia="Arial"/>
          <w:lang w:val="he-IL" w:bidi="he-IL"/>
          <w:sz w:val="22"/>
          <w:rtl/>
          <w:szCs w:val="22"/>
        </w:rPr>
        <w:t>2. לא נכון – אסור להוסיף פרטים מזהים של תלמידים ותלמידות, זה כלל הפרטיות</w:t>
      </w:r>
    </w:p>
    <w:p>
      <w:pPr>
        <w:bidi/>
        <w:spacing w:after="40"/>
        <w:jc w:val="right"/>
      </w:pPr>
      <w:r>
        <w:rPr>
          <w:rFonts w:ascii="Arial" w:hAnsi="Arial" w:cs="Arial" w:eastAsia="Arial"/>
          <w:lang w:val="he-IL" w:bidi="he-IL"/>
          <w:sz w:val="22"/>
          <w:rtl/>
          <w:szCs w:val="22"/>
        </w:rPr>
        <w:t>3. נכון – גם כלים חכמים יכולים לטעות, לכן בודקים ומתקנים</w:t>
      </w:r>
    </w:p>
    <w:p>
      <w:pPr>
        <w:bidi/>
        <w:spacing w:after="40"/>
        <w:jc w:val="right"/>
      </w:pPr>
      <w:r>
        <w:rPr>
          <w:rFonts w:ascii="Arial" w:hAnsi="Arial" w:cs="Arial" w:eastAsia="Arial"/>
          <w:lang w:val="he-IL" w:bidi="he-IL"/>
          <w:sz w:val="22"/>
          <w:rtl/>
          <w:szCs w:val="22"/>
        </w:rPr>
        <w:t>4. נכון – זו בדיוק המטרה של פרומפט הבדיקה</w:t>
      </w:r>
    </w:p>
    <w:p>
      <w:pPr>
        <w:bidi/>
        <w:spacing w:after="40"/>
        <w:jc w:val="right"/>
      </w:pPr>
      <w:r>
        <w:rPr>
          <w:rFonts w:ascii="Arial" w:hAnsi="Arial" w:cs="Arial" w:eastAsia="Arial"/>
          <w:lang w:val="he-IL" w:bidi="he-IL"/>
          <w:sz w:val="22"/>
          <w:rtl/>
          <w:szCs w:val="22"/>
        </w:rPr>
        <w:t>5. לא נכון – כשיש טעות צריך לתקן אותה לפי המקור</w:t>
      </w:r>
    </w:p>
    <w:p>
      <w:pPr>
        <w:bidi/>
        <w:pStyle w:val="Heading3"/>
        <w:spacing w:after="80"/>
        <w:jc w:val="right"/>
      </w:pPr>
      <w:r>
        <w:rPr>
          <w:rFonts w:ascii="Arial" w:hAnsi="Arial" w:cs="Arial" w:eastAsia="Arial"/>
          <w:lang w:val="he-IL" w:bidi="he-IL"/>
          <w:b/>
          <w:color w:val="E53E3E"/>
          <w:sz w:val="26"/>
          <w:rtl/>
          <w:szCs w:val="26"/>
          <w:bCs/>
        </w:rPr>
        <w:t>חלק י״ט – פרק 6 · בודקים ומשפרים – מתרגלים</w:t>
      </w:r>
    </w:p>
    <w:p>
      <w:pPr>
        <w:bidi/>
        <w:spacing w:after="40"/>
        <w:jc w:val="right"/>
      </w:pPr>
      <w:r>
        <w:rPr>
          <w:rFonts w:ascii="Arial" w:hAnsi="Arial" w:cs="Arial" w:eastAsia="Arial"/>
          <w:lang w:val="he-IL" w:bidi="he-IL"/>
          <w:sz w:val="22"/>
          <w:rtl/>
          <w:szCs w:val="22"/>
        </w:rPr>
        <w:t>1 – ו (מי כאילו כותב את הבקשה, למשל מורה מנוסה)</w:t>
      </w:r>
    </w:p>
    <w:p>
      <w:pPr>
        <w:bidi/>
        <w:spacing w:after="40"/>
        <w:jc w:val="right"/>
      </w:pPr>
      <w:r>
        <w:rPr>
          <w:rFonts w:ascii="Arial" w:hAnsi="Arial" w:cs="Arial" w:eastAsia="Arial"/>
          <w:lang w:val="he-IL" w:bidi="he-IL"/>
          <w:sz w:val="22"/>
          <w:rtl/>
          <w:szCs w:val="22"/>
        </w:rPr>
        <w:t>2 – ה (מה בדיוק רוצים לקבל, למשל דף עבודה)</w:t>
      </w:r>
    </w:p>
    <w:p>
      <w:pPr>
        <w:bidi/>
        <w:spacing w:after="40"/>
        <w:jc w:val="right"/>
      </w:pPr>
      <w:r>
        <w:rPr>
          <w:rFonts w:ascii="Arial" w:hAnsi="Arial" w:cs="Arial" w:eastAsia="Arial"/>
          <w:lang w:val="he-IL" w:bidi="he-IL"/>
          <w:sz w:val="22"/>
          <w:rtl/>
          <w:szCs w:val="22"/>
        </w:rPr>
        <w:t>3 – א (פרטים על הכיתה והנושא הנלמד)</w:t>
      </w:r>
    </w:p>
    <w:p>
      <w:pPr>
        <w:bidi/>
        <w:spacing w:after="40"/>
        <w:jc w:val="right"/>
      </w:pPr>
      <w:r>
        <w:rPr>
          <w:rFonts w:ascii="Arial" w:hAnsi="Arial" w:cs="Arial" w:eastAsia="Arial"/>
          <w:lang w:val="he-IL" w:bidi="he-IL"/>
          <w:sz w:val="22"/>
          <w:rtl/>
          <w:szCs w:val="22"/>
        </w:rPr>
        <w:t>4 – ב (איך התוצר ייראה, למשל טבלה)</w:t>
      </w:r>
    </w:p>
    <w:p>
      <w:pPr>
        <w:bidi/>
        <w:spacing w:after="40"/>
        <w:jc w:val="right"/>
      </w:pPr>
      <w:r>
        <w:rPr>
          <w:rFonts w:ascii="Arial" w:hAnsi="Arial" w:cs="Arial" w:eastAsia="Arial"/>
          <w:lang w:val="he-IL" w:bidi="he-IL"/>
          <w:sz w:val="22"/>
          <w:rtl/>
          <w:szCs w:val="22"/>
        </w:rPr>
        <w:t>5 – ד (לא מוסיפים שם או פרט מזהה של תלמיד)</w:t>
      </w:r>
    </w:p>
    <w:p>
      <w:pPr>
        <w:bidi/>
        <w:spacing w:after="40"/>
        <w:jc w:val="right"/>
      </w:pPr>
      <w:r>
        <w:rPr>
          <w:rFonts w:ascii="Arial" w:hAnsi="Arial" w:cs="Arial" w:eastAsia="Arial"/>
          <w:lang w:val="he-IL" w:bidi="he-IL"/>
          <w:sz w:val="22"/>
          <w:rtl/>
          <w:szCs w:val="22"/>
        </w:rPr>
        <w:t>6 – ג (משווים את התשובה למקור ומתקנים טעויות)</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יש תפקיד, משימה, הקשר, פורמט, מגבלות ודוגמה</w:t>
      </w:r>
    </w:p>
    <w:p>
      <w:pPr>
        <w:bidi/>
        <w:spacing w:after="80"/>
        <w:jc w:val="right"/>
      </w:pPr>
      <w:r>
        <w:rPr>
          <w:rFonts w:ascii="Arial" w:hAnsi="Arial" w:cs="Arial" w:eastAsia="Arial"/>
          <w:lang w:val="he-IL" w:bidi="he-IL"/>
          <w:sz w:val="22"/>
          <w:rtl/>
          <w:szCs w:val="22"/>
        </w:rPr>
        <w:t>• יש שתי גרסאות שונות באורך או בשפה</w:t>
      </w:r>
    </w:p>
    <w:p>
      <w:pPr>
        <w:bidi/>
        <w:spacing w:after="80"/>
        <w:jc w:val="right"/>
      </w:pPr>
      <w:r>
        <w:rPr>
          <w:rFonts w:ascii="Arial" w:hAnsi="Arial" w:cs="Arial" w:eastAsia="Arial"/>
          <w:lang w:val="he-IL" w:bidi="he-IL"/>
          <w:sz w:val="22"/>
          <w:rtl/>
          <w:szCs w:val="22"/>
        </w:rPr>
        <w:t>• נמצאה לפחות תיקון או שיפור אחד בבדיקה החוזרת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לשישה מפגשים קצרים, פרק אחד בכל פעם</w:t>
      </w:r>
    </w:p>
    <w:p>
      <w:pPr>
        <w:bidi/>
        <w:spacing w:after="80"/>
        <w:jc w:val="right"/>
      </w:pPr>
      <w:r>
        <w:rPr>
          <w:rFonts w:ascii="Arial" w:hAnsi="Arial" w:cs="Arial" w:eastAsia="Arial"/>
          <w:lang w:val="he-IL" w:bidi="he-IL"/>
          <w:sz w:val="22"/>
          <w:rtl/>
          <w:szCs w:val="22"/>
        </w:rPr>
        <w:t>• לתלמידים מתקשים אפשר לתת דוגמה מוכנה ולבקש להשלים רק חלק אחד</w:t>
      </w:r>
    </w:p>
    <w:p>
      <w:pPr>
        <w:bidi/>
        <w:spacing w:after="80"/>
        <w:jc w:val="right"/>
      </w:pPr>
      <w:r>
        <w:rPr>
          <w:rFonts w:ascii="Arial" w:hAnsi="Arial" w:cs="Arial" w:eastAsia="Arial"/>
          <w:lang w:val="he-IL" w:bidi="he-IL"/>
          <w:sz w:val="22"/>
          <w:rtl/>
          <w:szCs w:val="22"/>
        </w:rPr>
        <w:t>• לתלמידים מתקדמים אפשר לבקש לכתוב שתי גרסאות – קלה וקשה – לאותה משימה</w:t>
      </w:r>
    </w:p>
    <w:p>
      <w:pPr>
        <w:bidi/>
        <w:spacing w:after="80"/>
        <w:jc w:val="right"/>
      </w:pPr>
      <w:r>
        <w:rPr>
          <w:rFonts w:ascii="Arial" w:hAnsi="Arial" w:cs="Arial" w:eastAsia="Arial"/>
          <w:lang w:val="he-IL" w:bidi="he-IL"/>
          <w:sz w:val="22"/>
          <w:rtl/>
          <w:szCs w:val="22"/>
        </w:rPr>
        <w:t>• מומלץ לסיים כל פרק בשיתוף בזוגות או בקבוצה קטנה לפני המעבר הלאה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בית – אוגדן פרומפטים מנצחים</w:t>
            </w:r>
          </w:p>
          <w:p>
            <w:pPr>
              <w:bidi/>
              <w:jc w:val="right"/>
            </w:pPr>
            <w:r>
              <w:rPr>
                <w:rFonts w:ascii="Arial" w:hAnsi="Arial" w:cs="Arial" w:eastAsia="Arial"/>
                <w:lang w:val="he-IL" w:bidi="he-IL"/>
                <w:b/>
                <w:color w:val="3C1361"/>
                <w:sz w:val="32"/>
                <w:rtl/>
                <w:szCs w:val="32"/>
                <w:bCs/>
              </w:rPr>
              <w:t>חוברת תרגול – אוגדן פרומפטים מנצחים</w:t>
            </w:r>
          </w:p>
        </w:tc>
        <w:tc>
          <w:tcPr>
            <w:tcW w:type="dxa" w:w="2211"/>
            <w:shd w:val="clear" w:fill="FFF5E6"/>
          </w:tcPr>
          <w:p>
            <w:pPr>
              <w:bidi/>
              <w:jc w:val="right"/>
            </w:pPr>
            <w:r>
              <w:rPr>
                <w:rFonts w:ascii="Arial" w:hAnsi="Arial" w:cs="Arial" w:eastAsia="Arial"/>
                <w:lang w:val="he-IL" w:bidi="he-IL"/>
                <w:b/>
                <w:sz w:val="22"/>
                <w:rtl/>
                <w:szCs w:val="22"/>
                <w:bCs/>
              </w:rPr>
              <w:t>דף התלמיד/ה · עולים חדשים</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הזאת לומדים לכתוב הוראות ברורות. בכל פרק יש משימה קטנה. קוראים, כותבים, ובסוף בודקים את עצמכם.</w:t>
      </w:r>
    </w:p>
    <w:p>
      <w:pPr>
        <w:bidi/>
        <w:spacing w:after="80"/>
        <w:jc w:val="right"/>
      </w:pPr>
      <w:r>
        <w:rPr>
          <w:rFonts w:ascii="Arial" w:hAnsi="Arial" w:cs="Arial" w:eastAsia="Arial"/>
          <w:lang w:val="he-IL" w:bidi="he-IL"/>
          <w:b/>
          <w:sz w:val="24"/>
          <w:rtl/>
          <w:szCs w:val="24"/>
          <w:bCs/>
        </w:rPr>
        <w:t>📖 מילון קטן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2551"/>
            <w:shd w:val="clear" w:fill="E6FFFA"/>
          </w:tcPr>
          <w:p>
            <w:pPr>
              <w:bidi/>
              <w:jc w:val="right"/>
            </w:pPr>
            <w:r>
              <w:rPr>
                <w:rFonts w:ascii="Arial" w:hAnsi="Arial" w:cs="Arial" w:eastAsia="Arial"/>
                <w:lang w:val="he-IL" w:bidi="he-IL"/>
                <w:b/>
                <w:sz w:val="24"/>
                <w:rtl/>
                <w:szCs w:val="24"/>
                <w:bCs/>
              </w:rPr>
              <w:t>אבן בניין</w:t>
            </w:r>
          </w:p>
        </w:tc>
        <w:tc>
          <w:tcPr>
            <w:tcW w:type="dxa" w:w="7313"/>
          </w:tcPr>
          <w:p>
            <w:pPr>
              <w:bidi/>
              <w:jc w:val="right"/>
            </w:pPr>
            <w:r>
              <w:rPr>
                <w:rFonts w:ascii="Arial" w:hAnsi="Arial" w:cs="Arial" w:eastAsia="Arial"/>
                <w:lang w:val="he-IL" w:bidi="he-IL"/>
                <w:sz w:val="24"/>
                <w:rtl/>
                <w:szCs w:val="24"/>
              </w:rPr>
              <w:t>חלק חשוב בבקשה, כמו לבנים שבונים איתן</w:t>
            </w:r>
          </w:p>
        </w:tc>
      </w:tr>
      <w:tr>
        <w:tc>
          <w:tcPr>
            <w:tcW w:type="dxa" w:w="2551"/>
            <w:shd w:val="clear" w:fill="E6FFFA"/>
          </w:tcPr>
          <w:p>
            <w:pPr>
              <w:bidi/>
              <w:jc w:val="right"/>
            </w:pPr>
            <w:r>
              <w:rPr>
                <w:rFonts w:ascii="Arial" w:hAnsi="Arial" w:cs="Arial" w:eastAsia="Arial"/>
                <w:lang w:val="he-IL" w:bidi="he-IL"/>
                <w:b/>
                <w:sz w:val="24"/>
                <w:rtl/>
                <w:szCs w:val="24"/>
                <w:bCs/>
              </w:rPr>
              <w:t>תפקיד</w:t>
            </w:r>
          </w:p>
        </w:tc>
        <w:tc>
          <w:tcPr>
            <w:tcW w:type="dxa" w:w="7313"/>
          </w:tcPr>
          <w:p>
            <w:pPr>
              <w:bidi/>
              <w:jc w:val="right"/>
            </w:pPr>
            <w:r>
              <w:rPr>
                <w:rFonts w:ascii="Arial" w:hAnsi="Arial" w:cs="Arial" w:eastAsia="Arial"/>
                <w:lang w:val="he-IL" w:bidi="he-IL"/>
                <w:sz w:val="24"/>
                <w:rtl/>
                <w:szCs w:val="24"/>
              </w:rPr>
              <w:t>מי כותב או מי אמור לענות</w:t>
            </w:r>
          </w:p>
        </w:tc>
      </w:tr>
      <w:tr>
        <w:tc>
          <w:tcPr>
            <w:tcW w:type="dxa" w:w="2551"/>
            <w:shd w:val="clear" w:fill="E6FFFA"/>
          </w:tcPr>
          <w:p>
            <w:pPr>
              <w:bidi/>
              <w:jc w:val="right"/>
            </w:pPr>
            <w:r>
              <w:rPr>
                <w:rFonts w:ascii="Arial" w:hAnsi="Arial" w:cs="Arial" w:eastAsia="Arial"/>
                <w:lang w:val="he-IL" w:bidi="he-IL"/>
                <w:b/>
                <w:sz w:val="24"/>
                <w:rtl/>
                <w:szCs w:val="24"/>
                <w:bCs/>
              </w:rPr>
              <w:t>משימה</w:t>
            </w:r>
          </w:p>
        </w:tc>
        <w:tc>
          <w:tcPr>
            <w:tcW w:type="dxa" w:w="7313"/>
          </w:tcPr>
          <w:p>
            <w:pPr>
              <w:bidi/>
              <w:jc w:val="right"/>
            </w:pPr>
            <w:r>
              <w:rPr>
                <w:rFonts w:ascii="Arial" w:hAnsi="Arial" w:cs="Arial" w:eastAsia="Arial"/>
                <w:lang w:val="he-IL" w:bidi="he-IL"/>
                <w:sz w:val="24"/>
                <w:rtl/>
                <w:szCs w:val="24"/>
              </w:rPr>
              <w:t>מה בדיוק צריך לעשות</w:t>
            </w:r>
          </w:p>
        </w:tc>
      </w:tr>
      <w:tr>
        <w:tc>
          <w:tcPr>
            <w:tcW w:type="dxa" w:w="2551"/>
            <w:shd w:val="clear" w:fill="E6FFFA"/>
          </w:tcPr>
          <w:p>
            <w:pPr>
              <w:bidi/>
              <w:jc w:val="right"/>
            </w:pPr>
            <w:r>
              <w:rPr>
                <w:rFonts w:ascii="Arial" w:hAnsi="Arial" w:cs="Arial" w:eastAsia="Arial"/>
                <w:lang w:val="he-IL" w:bidi="he-IL"/>
                <w:b/>
                <w:sz w:val="24"/>
                <w:rtl/>
                <w:szCs w:val="24"/>
                <w:bCs/>
              </w:rPr>
              <w:t>הקשר</w:t>
            </w:r>
          </w:p>
        </w:tc>
        <w:tc>
          <w:tcPr>
            <w:tcW w:type="dxa" w:w="7313"/>
          </w:tcPr>
          <w:p>
            <w:pPr>
              <w:bidi/>
              <w:jc w:val="right"/>
            </w:pPr>
            <w:r>
              <w:rPr>
                <w:rFonts w:ascii="Arial" w:hAnsi="Arial" w:cs="Arial" w:eastAsia="Arial"/>
                <w:lang w:val="he-IL" w:bidi="he-IL"/>
                <w:sz w:val="24"/>
                <w:rtl/>
                <w:szCs w:val="24"/>
              </w:rPr>
              <w:t>פרטים שעוזרים להבין את המצב, כמו כיתה או גיל</w:t>
            </w:r>
          </w:p>
        </w:tc>
      </w:tr>
      <w:tr>
        <w:tc>
          <w:tcPr>
            <w:tcW w:type="dxa" w:w="2551"/>
            <w:shd w:val="clear" w:fill="E6FFFA"/>
          </w:tcPr>
          <w:p>
            <w:pPr>
              <w:bidi/>
              <w:jc w:val="right"/>
            </w:pPr>
            <w:r>
              <w:rPr>
                <w:rFonts w:ascii="Arial" w:hAnsi="Arial" w:cs="Arial" w:eastAsia="Arial"/>
                <w:lang w:val="he-IL" w:bidi="he-IL"/>
                <w:b/>
                <w:sz w:val="24"/>
                <w:rtl/>
                <w:szCs w:val="24"/>
                <w:bCs/>
              </w:rPr>
              <w:t>פורמט</w:t>
            </w:r>
          </w:p>
        </w:tc>
        <w:tc>
          <w:tcPr>
            <w:tcW w:type="dxa" w:w="7313"/>
          </w:tcPr>
          <w:p>
            <w:pPr>
              <w:bidi/>
              <w:jc w:val="right"/>
            </w:pPr>
            <w:r>
              <w:rPr>
                <w:rFonts w:ascii="Arial" w:hAnsi="Arial" w:cs="Arial" w:eastAsia="Arial"/>
                <w:lang w:val="he-IL" w:bidi="he-IL"/>
                <w:sz w:val="24"/>
                <w:rtl/>
                <w:szCs w:val="24"/>
              </w:rPr>
              <w:t>איך התוצר ייראה – טבלה, רשימה או טקסט</w:t>
            </w:r>
          </w:p>
        </w:tc>
      </w:tr>
      <w:tr>
        <w:tc>
          <w:tcPr>
            <w:tcW w:type="dxa" w:w="2551"/>
            <w:shd w:val="clear" w:fill="E6FFFA"/>
          </w:tcPr>
          <w:p>
            <w:pPr>
              <w:bidi/>
              <w:jc w:val="right"/>
            </w:pPr>
            <w:r>
              <w:rPr>
                <w:rFonts w:ascii="Arial" w:hAnsi="Arial" w:cs="Arial" w:eastAsia="Arial"/>
                <w:lang w:val="he-IL" w:bidi="he-IL"/>
                <w:b/>
                <w:sz w:val="24"/>
                <w:rtl/>
                <w:szCs w:val="24"/>
                <w:bCs/>
              </w:rPr>
              <w:t>מגבלות</w:t>
            </w:r>
          </w:p>
        </w:tc>
        <w:tc>
          <w:tcPr>
            <w:tcW w:type="dxa" w:w="7313"/>
          </w:tcPr>
          <w:p>
            <w:pPr>
              <w:bidi/>
              <w:jc w:val="right"/>
            </w:pPr>
            <w:r>
              <w:rPr>
                <w:rFonts w:ascii="Arial" w:hAnsi="Arial" w:cs="Arial" w:eastAsia="Arial"/>
                <w:lang w:val="he-IL" w:bidi="he-IL"/>
                <w:sz w:val="24"/>
                <w:rtl/>
                <w:szCs w:val="24"/>
              </w:rPr>
              <w:t>כללים שצריך לשמור עליהם, כמו אורך או זמן</w:t>
            </w:r>
          </w:p>
        </w:tc>
      </w:tr>
      <w:tr>
        <w:tc>
          <w:tcPr>
            <w:tcW w:type="dxa" w:w="2551"/>
            <w:shd w:val="clear" w:fill="E6FFFA"/>
          </w:tcPr>
          <w:p>
            <w:pPr>
              <w:bidi/>
              <w:jc w:val="right"/>
            </w:pPr>
            <w:r>
              <w:rPr>
                <w:rFonts w:ascii="Arial" w:hAnsi="Arial" w:cs="Arial" w:eastAsia="Arial"/>
                <w:lang w:val="he-IL" w:bidi="he-IL"/>
                <w:b/>
                <w:sz w:val="24"/>
                <w:rtl/>
                <w:szCs w:val="24"/>
                <w:bCs/>
              </w:rPr>
              <w:t>דוגמה</w:t>
            </w:r>
          </w:p>
        </w:tc>
        <w:tc>
          <w:tcPr>
            <w:tcW w:type="dxa" w:w="7313"/>
          </w:tcPr>
          <w:p>
            <w:pPr>
              <w:bidi/>
              <w:jc w:val="right"/>
            </w:pPr>
            <w:r>
              <w:rPr>
                <w:rFonts w:ascii="Arial" w:hAnsi="Arial" w:cs="Arial" w:eastAsia="Arial"/>
                <w:lang w:val="he-IL" w:bidi="he-IL"/>
                <w:sz w:val="24"/>
                <w:rtl/>
                <w:szCs w:val="24"/>
              </w:rPr>
              <w:t>הצגה קטנה של איך התוצר אמור להיראות</w:t>
            </w:r>
          </w:p>
        </w:tc>
      </w:tr>
      <w:tr>
        <w:tc>
          <w:tcPr>
            <w:tcW w:type="dxa" w:w="2551"/>
            <w:shd w:val="clear" w:fill="E6FFFA"/>
          </w:tcPr>
          <w:p>
            <w:pPr>
              <w:bidi/>
              <w:jc w:val="right"/>
            </w:pPr>
            <w:r>
              <w:rPr>
                <w:rFonts w:ascii="Arial" w:hAnsi="Arial" w:cs="Arial" w:eastAsia="Arial"/>
                <w:lang w:val="he-IL" w:bidi="he-IL"/>
                <w:b/>
                <w:sz w:val="24"/>
                <w:rtl/>
                <w:szCs w:val="24"/>
                <w:bCs/>
              </w:rPr>
              <w:t>שדרוג</w:t>
            </w:r>
          </w:p>
        </w:tc>
        <w:tc>
          <w:tcPr>
            <w:tcW w:type="dxa" w:w="7313"/>
          </w:tcPr>
          <w:p>
            <w:pPr>
              <w:bidi/>
              <w:jc w:val="right"/>
            </w:pPr>
            <w:r>
              <w:rPr>
                <w:rFonts w:ascii="Arial" w:hAnsi="Arial" w:cs="Arial" w:eastAsia="Arial"/>
                <w:lang w:val="he-IL" w:bidi="he-IL"/>
                <w:sz w:val="24"/>
                <w:rtl/>
                <w:szCs w:val="24"/>
              </w:rPr>
              <w:t>לשפר ולתקן דבר שכבר כתבנו</w:t>
            </w:r>
          </w:p>
        </w:tc>
      </w:tr>
      <w:tr>
        <w:tc>
          <w:tcPr>
            <w:tcW w:type="dxa" w:w="2551"/>
            <w:shd w:val="clear" w:fill="E6FFFA"/>
          </w:tcPr>
          <w:p>
            <w:pPr>
              <w:bidi/>
              <w:jc w:val="right"/>
            </w:pPr>
            <w:r>
              <w:rPr>
                <w:rFonts w:ascii="Arial" w:hAnsi="Arial" w:cs="Arial" w:eastAsia="Arial"/>
                <w:lang w:val="he-IL" w:bidi="he-IL"/>
                <w:b/>
                <w:sz w:val="24"/>
                <w:rtl/>
                <w:szCs w:val="24"/>
                <w:bCs/>
              </w:rPr>
              <w:t>בדיקת עובדות</w:t>
            </w:r>
          </w:p>
        </w:tc>
        <w:tc>
          <w:tcPr>
            <w:tcW w:type="dxa" w:w="7313"/>
          </w:tcPr>
          <w:p>
            <w:pPr>
              <w:bidi/>
              <w:jc w:val="right"/>
            </w:pPr>
            <w:r>
              <w:rPr>
                <w:rFonts w:ascii="Arial" w:hAnsi="Arial" w:cs="Arial" w:eastAsia="Arial"/>
                <w:lang w:val="he-IL" w:bidi="he-IL"/>
                <w:sz w:val="24"/>
                <w:rtl/>
                <w:szCs w:val="24"/>
              </w:rPr>
              <w:t>לוודא שמה שכתוב נכון ומדויק</w:t>
            </w:r>
          </w:p>
        </w:tc>
      </w:tr>
      <w:tr>
        <w:tc>
          <w:tcPr>
            <w:tcW w:type="dxa" w:w="2551"/>
            <w:shd w:val="clear" w:fill="E6FFFA"/>
          </w:tcPr>
          <w:p>
            <w:pPr>
              <w:bidi/>
              <w:jc w:val="right"/>
            </w:pPr>
            <w:r>
              <w:rPr>
                <w:rFonts w:ascii="Arial" w:hAnsi="Arial" w:cs="Arial" w:eastAsia="Arial"/>
                <w:lang w:val="he-IL" w:bidi="he-IL"/>
                <w:b/>
                <w:sz w:val="24"/>
                <w:rtl/>
                <w:szCs w:val="24"/>
                <w:bCs/>
              </w:rPr>
              <w:t>התאמה</w:t>
            </w:r>
          </w:p>
        </w:tc>
        <w:tc>
          <w:tcPr>
            <w:tcW w:type="dxa" w:w="7313"/>
          </w:tcPr>
          <w:p>
            <w:pPr>
              <w:bidi/>
              <w:jc w:val="right"/>
            </w:pPr>
            <w:r>
              <w:rPr>
                <w:rFonts w:ascii="Arial" w:hAnsi="Arial" w:cs="Arial" w:eastAsia="Arial"/>
                <w:lang w:val="he-IL" w:bidi="he-IL"/>
                <w:sz w:val="24"/>
                <w:rtl/>
                <w:szCs w:val="24"/>
              </w:rPr>
              <w:t>לשנות הודעה כדי שתתאים לקוראים שונים</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  חלק א׳ – פרק 1 · איך כותבים בקשה ברורה (אבני הבניין) – מכירים את אבני הבניין</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זה 'תפקיד' בבקשה?</w:t>
      </w:r>
    </w:p>
    <w:p>
      <w:pPr>
        <w:bidi/>
        <w:spacing w:after="20"/>
        <w:jc w:val="right"/>
      </w:pPr>
      <w:r>
        <w:rPr>
          <w:rFonts w:ascii="Arial" w:hAnsi="Arial" w:cs="Arial" w:eastAsia="Arial"/>
          <w:lang w:val="he-IL" w:bidi="he-IL"/>
          <w:sz w:val="24"/>
          <w:rtl/>
          <w:szCs w:val="24"/>
        </w:rPr>
        <w:t xml:space="preserve">      ☐ א. איזו דמות או בעל מקצוע לדמיין שהוא</w:t>
      </w:r>
    </w:p>
    <w:p>
      <w:pPr>
        <w:bidi/>
        <w:spacing w:after="20"/>
        <w:jc w:val="right"/>
      </w:pPr>
      <w:r>
        <w:rPr>
          <w:rFonts w:ascii="Arial" w:hAnsi="Arial" w:cs="Arial" w:eastAsia="Arial"/>
          <w:lang w:val="he-IL" w:bidi="he-IL"/>
          <w:sz w:val="24"/>
          <w:rtl/>
          <w:szCs w:val="24"/>
        </w:rPr>
        <w:t xml:space="preserve">      ☐ ב. כמה זמן יש לשיעור</w:t>
      </w:r>
    </w:p>
    <w:p>
      <w:pPr>
        <w:bidi/>
        <w:spacing w:after="20"/>
        <w:jc w:val="right"/>
      </w:pPr>
      <w:r>
        <w:rPr>
          <w:rFonts w:ascii="Arial" w:hAnsi="Arial" w:cs="Arial" w:eastAsia="Arial"/>
          <w:lang w:val="he-IL" w:bidi="he-IL"/>
          <w:sz w:val="24"/>
          <w:rtl/>
          <w:szCs w:val="24"/>
        </w:rPr>
        <w:t xml:space="preserve">      ☐ ג. באיזה צבע לכתוב</w:t>
      </w:r>
    </w:p>
    <w:p>
      <w:pPr>
        <w:bidi/>
        <w:spacing w:after="20"/>
        <w:jc w:val="right"/>
      </w:pPr>
      <w:r>
        <w:rPr>
          <w:rFonts w:ascii="Arial" w:hAnsi="Arial" w:cs="Arial" w:eastAsia="Arial"/>
          <w:lang w:val="he-IL" w:bidi="he-IL"/>
          <w:sz w:val="24"/>
          <w:rtl/>
          <w:szCs w:val="24"/>
        </w:rPr>
        <w:t xml:space="preserve">      ☐ ד. כמה תלמידים בכיתה</w:t>
      </w:r>
    </w:p>
    <w:p>
      <w:pPr>
        <w:bidi/>
        <w:spacing w:after="20"/>
        <w:jc w:val="right"/>
      </w:pPr>
      <w:r>
        <w:rPr>
          <w:rFonts w:ascii="Arial" w:hAnsi="Arial" w:cs="Arial" w:eastAsia="Arial"/>
          <w:lang w:val="he-IL" w:bidi="he-IL"/>
          <w:b/>
          <w:sz w:val="24"/>
          <w:rtl/>
          <w:szCs w:val="24"/>
          <w:bCs/>
        </w:rPr>
        <w:t>2. מה זה 'משימה' בבקשה?</w:t>
      </w:r>
    </w:p>
    <w:p>
      <w:pPr>
        <w:bidi/>
        <w:spacing w:after="20"/>
        <w:jc w:val="right"/>
      </w:pPr>
      <w:r>
        <w:rPr>
          <w:rFonts w:ascii="Arial" w:hAnsi="Arial" w:cs="Arial" w:eastAsia="Arial"/>
          <w:lang w:val="he-IL" w:bidi="he-IL"/>
          <w:sz w:val="24"/>
          <w:rtl/>
          <w:szCs w:val="24"/>
        </w:rPr>
        <w:t xml:space="preserve">      ☐ א. מה בדיוק צריך ליצור</w:t>
      </w:r>
    </w:p>
    <w:p>
      <w:pPr>
        <w:bidi/>
        <w:spacing w:after="20"/>
        <w:jc w:val="right"/>
      </w:pPr>
      <w:r>
        <w:rPr>
          <w:rFonts w:ascii="Arial" w:hAnsi="Arial" w:cs="Arial" w:eastAsia="Arial"/>
          <w:lang w:val="he-IL" w:bidi="he-IL"/>
          <w:sz w:val="24"/>
          <w:rtl/>
          <w:szCs w:val="24"/>
        </w:rPr>
        <w:t xml:space="preserve">      ☐ ב. מי יקרא את התוצר</w:t>
      </w:r>
    </w:p>
    <w:p>
      <w:pPr>
        <w:bidi/>
        <w:spacing w:after="20"/>
        <w:jc w:val="right"/>
      </w:pPr>
      <w:r>
        <w:rPr>
          <w:rFonts w:ascii="Arial" w:hAnsi="Arial" w:cs="Arial" w:eastAsia="Arial"/>
          <w:lang w:val="he-IL" w:bidi="he-IL"/>
          <w:sz w:val="24"/>
          <w:rtl/>
          <w:szCs w:val="24"/>
        </w:rPr>
        <w:t xml:space="preserve">      ☐ ג. איך תיראה הטבלה</w:t>
      </w:r>
    </w:p>
    <w:p>
      <w:pPr>
        <w:bidi/>
        <w:spacing w:after="20"/>
        <w:jc w:val="right"/>
      </w:pPr>
      <w:r>
        <w:rPr>
          <w:rFonts w:ascii="Arial" w:hAnsi="Arial" w:cs="Arial" w:eastAsia="Arial"/>
          <w:lang w:val="he-IL" w:bidi="he-IL"/>
          <w:sz w:val="24"/>
          <w:rtl/>
          <w:szCs w:val="24"/>
        </w:rPr>
        <w:t xml:space="preserve">      ☐ ד. כמה דקות לוקח להדפיס</w:t>
      </w:r>
    </w:p>
    <w:p>
      <w:pPr>
        <w:bidi/>
        <w:spacing w:after="20"/>
        <w:jc w:val="right"/>
      </w:pPr>
      <w:r>
        <w:rPr>
          <w:rFonts w:ascii="Arial" w:hAnsi="Arial" w:cs="Arial" w:eastAsia="Arial"/>
          <w:lang w:val="he-IL" w:bidi="he-IL"/>
          <w:b/>
          <w:sz w:val="24"/>
          <w:rtl/>
          <w:szCs w:val="24"/>
          <w:bCs/>
        </w:rPr>
        <w:t>3. מה זה 'הקשר' בבקשה?</w:t>
      </w:r>
    </w:p>
    <w:p>
      <w:pPr>
        <w:bidi/>
        <w:spacing w:after="20"/>
        <w:jc w:val="right"/>
      </w:pPr>
      <w:r>
        <w:rPr>
          <w:rFonts w:ascii="Arial" w:hAnsi="Arial" w:cs="Arial" w:eastAsia="Arial"/>
          <w:lang w:val="he-IL" w:bidi="he-IL"/>
          <w:sz w:val="24"/>
          <w:rtl/>
          <w:szCs w:val="24"/>
        </w:rPr>
        <w:t xml:space="preserve">      ☐ א. פרטים על הכיתה והנושא שכבר נלמד</w:t>
      </w:r>
    </w:p>
    <w:p>
      <w:pPr>
        <w:bidi/>
        <w:spacing w:after="20"/>
        <w:jc w:val="right"/>
      </w:pPr>
      <w:r>
        <w:rPr>
          <w:rFonts w:ascii="Arial" w:hAnsi="Arial" w:cs="Arial" w:eastAsia="Arial"/>
          <w:lang w:val="he-IL" w:bidi="he-IL"/>
          <w:sz w:val="24"/>
          <w:rtl/>
          <w:szCs w:val="24"/>
        </w:rPr>
        <w:t xml:space="preserve">      ☐ ב. הצבע של הדף</w:t>
      </w:r>
    </w:p>
    <w:p>
      <w:pPr>
        <w:bidi/>
        <w:spacing w:after="20"/>
        <w:jc w:val="right"/>
      </w:pPr>
      <w:r>
        <w:rPr>
          <w:rFonts w:ascii="Arial" w:hAnsi="Arial" w:cs="Arial" w:eastAsia="Arial"/>
          <w:lang w:val="he-IL" w:bidi="he-IL"/>
          <w:sz w:val="24"/>
          <w:rtl/>
          <w:szCs w:val="24"/>
        </w:rPr>
        <w:t xml:space="preserve">      ☐ ג. שם בית הספר</w:t>
      </w:r>
    </w:p>
    <w:p>
      <w:pPr>
        <w:bidi/>
        <w:spacing w:after="20"/>
        <w:jc w:val="right"/>
      </w:pPr>
      <w:r>
        <w:rPr>
          <w:rFonts w:ascii="Arial" w:hAnsi="Arial" w:cs="Arial" w:eastAsia="Arial"/>
          <w:lang w:val="he-IL" w:bidi="he-IL"/>
          <w:sz w:val="24"/>
          <w:rtl/>
          <w:szCs w:val="24"/>
        </w:rPr>
        <w:t xml:space="preserve">      ☐ ד. כותרת בלבד</w:t>
      </w:r>
    </w:p>
    <w:p>
      <w:pPr>
        <w:bidi/>
        <w:spacing w:after="20"/>
        <w:jc w:val="right"/>
      </w:pPr>
      <w:r>
        <w:rPr>
          <w:rFonts w:ascii="Arial" w:hAnsi="Arial" w:cs="Arial" w:eastAsia="Arial"/>
          <w:lang w:val="he-IL" w:bidi="he-IL"/>
          <w:b/>
          <w:sz w:val="24"/>
          <w:rtl/>
          <w:szCs w:val="24"/>
          <w:bCs/>
        </w:rPr>
        <w:t>4. מה זה 'פורמט' בבקשה?</w:t>
      </w:r>
    </w:p>
    <w:p>
      <w:pPr>
        <w:bidi/>
        <w:spacing w:after="20"/>
        <w:jc w:val="right"/>
      </w:pPr>
      <w:r>
        <w:rPr>
          <w:rFonts w:ascii="Arial" w:hAnsi="Arial" w:cs="Arial" w:eastAsia="Arial"/>
          <w:lang w:val="he-IL" w:bidi="he-IL"/>
          <w:sz w:val="24"/>
          <w:rtl/>
          <w:szCs w:val="24"/>
        </w:rPr>
        <w:t xml:space="preserve">      ☐ א. איך ייראה התוצר, למשל טבלה או רשימה</w:t>
      </w:r>
    </w:p>
    <w:p>
      <w:pPr>
        <w:bidi/>
        <w:spacing w:after="20"/>
        <w:jc w:val="right"/>
      </w:pPr>
      <w:r>
        <w:rPr>
          <w:rFonts w:ascii="Arial" w:hAnsi="Arial" w:cs="Arial" w:eastAsia="Arial"/>
          <w:lang w:val="he-IL" w:bidi="he-IL"/>
          <w:sz w:val="24"/>
          <w:rtl/>
          <w:szCs w:val="24"/>
        </w:rPr>
        <w:t xml:space="preserve">      ☐ ב. כמה תלמידים בכיתה</w:t>
      </w:r>
    </w:p>
    <w:p>
      <w:pPr>
        <w:bidi/>
        <w:spacing w:after="20"/>
        <w:jc w:val="right"/>
      </w:pPr>
      <w:r>
        <w:rPr>
          <w:rFonts w:ascii="Arial" w:hAnsi="Arial" w:cs="Arial" w:eastAsia="Arial"/>
          <w:lang w:val="he-IL" w:bidi="he-IL"/>
          <w:sz w:val="24"/>
          <w:rtl/>
          <w:szCs w:val="24"/>
        </w:rPr>
        <w:t xml:space="preserve">      ☐ ג. מה המורה כבר לימד</w:t>
      </w:r>
    </w:p>
    <w:p>
      <w:pPr>
        <w:bidi/>
        <w:spacing w:after="20"/>
        <w:jc w:val="right"/>
      </w:pPr>
      <w:r>
        <w:rPr>
          <w:rFonts w:ascii="Arial" w:hAnsi="Arial" w:cs="Arial" w:eastAsia="Arial"/>
          <w:lang w:val="he-IL" w:bidi="he-IL"/>
          <w:sz w:val="24"/>
          <w:rtl/>
          <w:szCs w:val="24"/>
        </w:rPr>
        <w:t xml:space="preserve">      ☐ ד. מי בודק את הבקשה</w:t>
      </w:r>
    </w:p>
    <w:p>
      <w:pPr>
        <w:bidi/>
        <w:spacing w:after="20"/>
        <w:jc w:val="right"/>
      </w:pPr>
      <w:r>
        <w:rPr>
          <w:rFonts w:ascii="Arial" w:hAnsi="Arial" w:cs="Arial" w:eastAsia="Arial"/>
          <w:lang w:val="he-IL" w:bidi="he-IL"/>
          <w:b/>
          <w:sz w:val="24"/>
          <w:rtl/>
          <w:szCs w:val="24"/>
          <w:bCs/>
        </w:rPr>
        <w:t>5. מה זה 'מגבלות' בבקשה?</w:t>
      </w:r>
    </w:p>
    <w:p>
      <w:pPr>
        <w:bidi/>
        <w:spacing w:after="20"/>
        <w:jc w:val="right"/>
      </w:pPr>
      <w:r>
        <w:rPr>
          <w:rFonts w:ascii="Arial" w:hAnsi="Arial" w:cs="Arial" w:eastAsia="Arial"/>
          <w:lang w:val="he-IL" w:bidi="he-IL"/>
          <w:sz w:val="24"/>
          <w:rtl/>
          <w:szCs w:val="24"/>
        </w:rPr>
        <w:t xml:space="preserve">      ☐ א. כללים וגבולות כמו אורך או זמן</w:t>
      </w:r>
    </w:p>
    <w:p>
      <w:pPr>
        <w:bidi/>
        <w:spacing w:after="20"/>
        <w:jc w:val="right"/>
      </w:pPr>
      <w:r>
        <w:rPr>
          <w:rFonts w:ascii="Arial" w:hAnsi="Arial" w:cs="Arial" w:eastAsia="Arial"/>
          <w:lang w:val="he-IL" w:bidi="he-IL"/>
          <w:sz w:val="24"/>
          <w:rtl/>
          <w:szCs w:val="24"/>
        </w:rPr>
        <w:t xml:space="preserve">      ☐ ב. שם בית הספר</w:t>
      </w:r>
    </w:p>
    <w:p>
      <w:pPr>
        <w:bidi/>
        <w:spacing w:after="20"/>
        <w:jc w:val="right"/>
      </w:pPr>
      <w:r>
        <w:rPr>
          <w:rFonts w:ascii="Arial" w:hAnsi="Arial" w:cs="Arial" w:eastAsia="Arial"/>
          <w:lang w:val="he-IL" w:bidi="he-IL"/>
          <w:sz w:val="24"/>
          <w:rtl/>
          <w:szCs w:val="24"/>
        </w:rPr>
        <w:t xml:space="preserve">      ☐ ג. הנושא של השיעור</w:t>
      </w:r>
    </w:p>
    <w:p>
      <w:pPr>
        <w:bidi/>
        <w:spacing w:after="20"/>
        <w:jc w:val="right"/>
      </w:pPr>
      <w:r>
        <w:rPr>
          <w:rFonts w:ascii="Arial" w:hAnsi="Arial" w:cs="Arial" w:eastAsia="Arial"/>
          <w:lang w:val="he-IL" w:bidi="he-IL"/>
          <w:sz w:val="24"/>
          <w:rtl/>
          <w:szCs w:val="24"/>
        </w:rPr>
        <w:t xml:space="preserve">      ☐ ד. דוגמה לתוצר מוכן</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איך כותבים בקשה ברורה (אבני הבניין) – התאמת דוגמאות לכל אבן</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תפקיד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טבלה עם עמודות של שלב וזמן</w:t>
            </w:r>
          </w:p>
        </w:tc>
      </w:tr>
      <w:tr>
        <w:tc>
          <w:tcPr>
            <w:tcW w:type="dxa" w:w="3969"/>
          </w:tcPr>
          <w:p>
            <w:pPr>
              <w:bidi/>
              <w:jc w:val="right"/>
            </w:pPr>
            <w:r>
              <w:rPr>
                <w:rFonts w:ascii="Arial" w:hAnsi="Arial" w:cs="Arial" w:eastAsia="Arial"/>
                <w:lang w:val="he-IL" w:bidi="he-IL"/>
                <w:sz w:val="24"/>
                <w:rtl/>
                <w:szCs w:val="24"/>
              </w:rPr>
              <w:t>2. משימה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הציגו שאלה אחת לדוגמה כדי להראות איך זה אמור להיראות</w:t>
            </w:r>
          </w:p>
        </w:tc>
      </w:tr>
      <w:tr>
        <w:tc>
          <w:tcPr>
            <w:tcW w:type="dxa" w:w="3969"/>
          </w:tcPr>
          <w:p>
            <w:pPr>
              <w:bidi/>
              <w:jc w:val="right"/>
            </w:pPr>
            <w:r>
              <w:rPr>
                <w:rFonts w:ascii="Arial" w:hAnsi="Arial" w:cs="Arial" w:eastAsia="Arial"/>
                <w:lang w:val="he-IL" w:bidi="he-IL"/>
                <w:sz w:val="24"/>
                <w:rtl/>
                <w:szCs w:val="24"/>
              </w:rPr>
              <w:t>3. הקשר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בנו מערך שיעור בנושא מסוים</w:t>
            </w:r>
          </w:p>
        </w:tc>
      </w:tr>
      <w:tr>
        <w:tc>
          <w:tcPr>
            <w:tcW w:type="dxa" w:w="3969"/>
          </w:tcPr>
          <w:p>
            <w:pPr>
              <w:bidi/>
              <w:jc w:val="right"/>
            </w:pPr>
            <w:r>
              <w:rPr>
                <w:rFonts w:ascii="Arial" w:hAnsi="Arial" w:cs="Arial" w:eastAsia="Arial"/>
                <w:lang w:val="he-IL" w:bidi="he-IL"/>
                <w:sz w:val="24"/>
                <w:rtl/>
                <w:szCs w:val="24"/>
              </w:rPr>
              <w:t>4. פורמט</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בכיתה יש תלמידים שכבר יודעים נושא קודם</w:t>
            </w:r>
          </w:p>
        </w:tc>
      </w:tr>
      <w:tr>
        <w:tc>
          <w:tcPr>
            <w:tcW w:type="dxa" w:w="3969"/>
          </w:tcPr>
          <w:p>
            <w:pPr>
              <w:bidi/>
              <w:jc w:val="right"/>
            </w:pPr>
            <w:r>
              <w:rPr>
                <w:rFonts w:ascii="Arial" w:hAnsi="Arial" w:cs="Arial" w:eastAsia="Arial"/>
                <w:lang w:val="he-IL" w:bidi="he-IL"/>
                <w:sz w:val="24"/>
                <w:rtl/>
                <w:szCs w:val="24"/>
              </w:rPr>
              <w:t>5. מגבלות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מורה ותיק שמתכנן שיעורים</w:t>
            </w:r>
          </w:p>
        </w:tc>
      </w:tr>
      <w:tr>
        <w:tc>
          <w:tcPr>
            <w:tcW w:type="dxa" w:w="3969"/>
          </w:tcPr>
          <w:p>
            <w:pPr>
              <w:bidi/>
              <w:jc w:val="right"/>
            </w:pPr>
            <w:r>
              <w:rPr>
                <w:rFonts w:ascii="Arial" w:hAnsi="Arial" w:cs="Arial" w:eastAsia="Arial"/>
                <w:lang w:val="he-IL" w:bidi="he-IL"/>
                <w:sz w:val="24"/>
                <w:rtl/>
                <w:szCs w:val="24"/>
              </w:rPr>
              <w:t>6. דוגמה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סך הזמנים בדיוק 45 דקות</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איך כותבים בקשה ברורה (אבני הבניין) – יישום וכתיבה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אפשר לכתוב בקשה טובה בלי לציין משימה, כי הכלי תמיד מנחש נכון.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אבן הבניין 'מגבלות' עוזרת לקבוע כמה זמן או כמה מילים צריך בתוצר.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1 · איך כותבים בקשה ברורה (אבני הבניין) – כתיבת בקשה משלי</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כתבו תפקיד, משימה והקשר לבקשה על שיעור בנושא שאתם אוהבים.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הוסיפו לבקשה שלכם פורמט ומגבלה אחת, והסבירו למה בחרתם אותם.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מתאימים הודעה לכל קהל – מכירים את הרעיון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באתר אפשר להכין רק גרסה אחת של הודעה, שמתאימה לכולם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גרסה לתלמידים עולים יכולה לכלול מילון חזותי ומשפטים קצרים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ה-9 מסלולים באתר הם שילוב של 3 שכבות גיל ו-3 סוגי קהל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מתאימים הודעה לכל קהל – בוחרים את ההתאמה הנכונה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טוב לתלמיד שקשה לו?</w:t>
      </w:r>
    </w:p>
    <w:p>
      <w:pPr>
        <w:bidi/>
        <w:spacing w:after="20"/>
        <w:jc w:val="right"/>
      </w:pPr>
      <w:r>
        <w:rPr>
          <w:rFonts w:ascii="Arial" w:hAnsi="Arial" w:cs="Arial" w:eastAsia="Arial"/>
          <w:lang w:val="he-IL" w:bidi="he-IL"/>
          <w:sz w:val="24"/>
          <w:rtl/>
          <w:szCs w:val="24"/>
        </w:rPr>
        <w:t xml:space="preserve">      ☐ א. 2-3 אפשרויות, משפטים קצרים ואימוג׳ים</w:t>
      </w:r>
    </w:p>
    <w:p>
      <w:pPr>
        <w:bidi/>
        <w:spacing w:after="20"/>
        <w:jc w:val="right"/>
      </w:pPr>
      <w:r>
        <w:rPr>
          <w:rFonts w:ascii="Arial" w:hAnsi="Arial" w:cs="Arial" w:eastAsia="Arial"/>
          <w:lang w:val="he-IL" w:bidi="he-IL"/>
          <w:sz w:val="24"/>
          <w:rtl/>
          <w:szCs w:val="24"/>
        </w:rPr>
        <w:t xml:space="preserve">      ☐ ב. טקסט ארוך ומורכב</w:t>
      </w:r>
    </w:p>
    <w:p>
      <w:pPr>
        <w:bidi/>
        <w:spacing w:after="20"/>
        <w:jc w:val="right"/>
      </w:pPr>
      <w:r>
        <w:rPr>
          <w:rFonts w:ascii="Arial" w:hAnsi="Arial" w:cs="Arial" w:eastAsia="Arial"/>
          <w:lang w:val="he-IL" w:bidi="he-IL"/>
          <w:sz w:val="24"/>
          <w:rtl/>
          <w:szCs w:val="24"/>
        </w:rPr>
        <w:t xml:space="preserve">      ☐ ג. מילים נדירות וקשות</w:t>
      </w:r>
    </w:p>
    <w:p>
      <w:pPr>
        <w:bidi/>
        <w:spacing w:after="20"/>
        <w:jc w:val="right"/>
      </w:pPr>
      <w:r>
        <w:rPr>
          <w:rFonts w:ascii="Arial" w:hAnsi="Arial" w:cs="Arial" w:eastAsia="Arial"/>
          <w:lang w:val="he-IL" w:bidi="he-IL"/>
          <w:sz w:val="24"/>
          <w:rtl/>
          <w:szCs w:val="24"/>
        </w:rPr>
        <w:t xml:space="preserve">      ☐ ד. בלי שום תמונה</w:t>
      </w:r>
    </w:p>
    <w:p>
      <w:pPr>
        <w:bidi/>
        <w:spacing w:after="20"/>
        <w:jc w:val="right"/>
      </w:pPr>
      <w:r>
        <w:rPr>
          <w:rFonts w:ascii="Arial" w:hAnsi="Arial" w:cs="Arial" w:eastAsia="Arial"/>
          <w:lang w:val="he-IL" w:bidi="he-IL"/>
          <w:b/>
          <w:sz w:val="24"/>
          <w:rtl/>
          <w:szCs w:val="24"/>
          <w:bCs/>
        </w:rPr>
        <w:t>2. כמה סוגי תלמידים?</w:t>
      </w:r>
    </w:p>
    <w:p>
      <w:pPr>
        <w:bidi/>
        <w:spacing w:after="20"/>
        <w:jc w:val="right"/>
      </w:pPr>
      <w:r>
        <w:rPr>
          <w:rFonts w:ascii="Arial" w:hAnsi="Arial" w:cs="Arial" w:eastAsia="Arial"/>
          <w:lang w:val="he-IL" w:bidi="he-IL"/>
          <w:sz w:val="24"/>
          <w:rtl/>
          <w:szCs w:val="24"/>
        </w:rPr>
        <w:t xml:space="preserve">      ☐ א. 1</w:t>
      </w:r>
    </w:p>
    <w:p>
      <w:pPr>
        <w:bidi/>
        <w:spacing w:after="20"/>
        <w:jc w:val="right"/>
      </w:pPr>
      <w:r>
        <w:rPr>
          <w:rFonts w:ascii="Arial" w:hAnsi="Arial" w:cs="Arial" w:eastAsia="Arial"/>
          <w:lang w:val="he-IL" w:bidi="he-IL"/>
          <w:sz w:val="24"/>
          <w:rtl/>
          <w:szCs w:val="24"/>
        </w:rPr>
        <w:t xml:space="preserve">      ☐ ב. 2</w:t>
      </w:r>
    </w:p>
    <w:p>
      <w:pPr>
        <w:bidi/>
        <w:spacing w:after="20"/>
        <w:jc w:val="right"/>
      </w:pPr>
      <w:r>
        <w:rPr>
          <w:rFonts w:ascii="Arial" w:hAnsi="Arial" w:cs="Arial" w:eastAsia="Arial"/>
          <w:lang w:val="he-IL" w:bidi="he-IL"/>
          <w:sz w:val="24"/>
          <w:rtl/>
          <w:szCs w:val="24"/>
        </w:rPr>
        <w:t xml:space="preserve">      ☐ ג. 3</w:t>
      </w:r>
    </w:p>
    <w:p>
      <w:pPr>
        <w:bidi/>
        <w:spacing w:after="20"/>
        <w:jc w:val="right"/>
      </w:pPr>
      <w:r>
        <w:rPr>
          <w:rFonts w:ascii="Arial" w:hAnsi="Arial" w:cs="Arial" w:eastAsia="Arial"/>
          <w:lang w:val="he-IL" w:bidi="he-IL"/>
          <w:sz w:val="24"/>
          <w:rtl/>
          <w:szCs w:val="24"/>
        </w:rPr>
        <w:t xml:space="preserve">      ☐ ד. 4</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מתאימים הודעה לכל קהל – מתאימים את הניסוח</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חנ״מ</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הפכו את הטקסט לטבלה ברורה</w:t>
            </w:r>
          </w:p>
        </w:tc>
      </w:tr>
      <w:tr>
        <w:tc>
          <w:tcPr>
            <w:tcW w:type="dxa" w:w="3969"/>
          </w:tcPr>
          <w:p>
            <w:pPr>
              <w:bidi/>
              <w:jc w:val="right"/>
            </w:pPr>
            <w:r>
              <w:rPr>
                <w:rFonts w:ascii="Arial" w:hAnsi="Arial" w:cs="Arial" w:eastAsia="Arial"/>
                <w:lang w:val="he-IL" w:bidi="he-IL"/>
                <w:sz w:val="24"/>
                <w:rtl/>
                <w:szCs w:val="24"/>
              </w:rPr>
              <w:t>2. עולים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הגרסה הרגילה, בלי שינוי מיוחד</w:t>
            </w:r>
          </w:p>
        </w:tc>
      </w:tr>
      <w:tr>
        <w:tc>
          <w:tcPr>
            <w:tcW w:type="dxa" w:w="3969"/>
          </w:tcPr>
          <w:p>
            <w:pPr>
              <w:bidi/>
              <w:jc w:val="right"/>
            </w:pPr>
            <w:r>
              <w:rPr>
                <w:rFonts w:ascii="Arial" w:hAnsi="Arial" w:cs="Arial" w:eastAsia="Arial"/>
                <w:lang w:val="he-IL" w:bidi="he-IL"/>
                <w:sz w:val="24"/>
                <w:rtl/>
                <w:szCs w:val="24"/>
              </w:rPr>
              <w:t>3. רגיל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משפטים קצרים, 2-3 אפשרויות ואימוג׳ים</w:t>
            </w:r>
          </w:p>
        </w:tc>
      </w:tr>
      <w:tr>
        <w:tc>
          <w:tcPr>
            <w:tcW w:type="dxa" w:w="3969"/>
          </w:tcPr>
          <w:p>
            <w:pPr>
              <w:bidi/>
              <w:jc w:val="right"/>
            </w:pPr>
            <w:r>
              <w:rPr>
                <w:rFonts w:ascii="Arial" w:hAnsi="Arial" w:cs="Arial" w:eastAsia="Arial"/>
                <w:lang w:val="he-IL" w:bidi="he-IL"/>
                <w:sz w:val="24"/>
                <w:rtl/>
                <w:szCs w:val="24"/>
              </w:rPr>
              <w:t>4. שדרוג קיצור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מילון חזותי ומשפטים פשוטים</w:t>
            </w:r>
          </w:p>
        </w:tc>
      </w:tr>
      <w:tr>
        <w:tc>
          <w:tcPr>
            <w:tcW w:type="dxa" w:w="3969"/>
          </w:tcPr>
          <w:p>
            <w:pPr>
              <w:bidi/>
              <w:jc w:val="right"/>
            </w:pPr>
            <w:r>
              <w:rPr>
                <w:rFonts w:ascii="Arial" w:hAnsi="Arial" w:cs="Arial" w:eastAsia="Arial"/>
                <w:lang w:val="he-IL" w:bidi="he-IL"/>
                <w:sz w:val="24"/>
                <w:rtl/>
                <w:szCs w:val="24"/>
              </w:rPr>
              <w:t>5. שדרוג טבלה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קצרו לחצי ושמרו על העיקר</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2 · מתאימים הודעה לכל קהל – משלימים מילה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הודעה לתלמיד עולה חדש כוללת מילים __________ ומילון חזותי</w:t>
      </w:r>
    </w:p>
    <w:p>
      <w:pPr>
        <w:bidi/>
        <w:spacing w:after="80"/>
        <w:jc w:val="right"/>
      </w:pPr>
      <w:r>
        <w:rPr>
          <w:rFonts w:ascii="Arial" w:hAnsi="Arial" w:cs="Arial" w:eastAsia="Arial"/>
          <w:lang w:val="he-IL" w:bidi="he-IL"/>
          <w:sz w:val="24"/>
          <w:rtl/>
          <w:szCs w:val="24"/>
        </w:rPr>
        <w:t>2. גרסה לתלמידים עם קשיי למידה כוללת רק __________ אפשרויות</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בונים דף משימה או משחק – היכרות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כמה פרומפטים יש בלשונית דפי עבודה?</w:t>
      </w:r>
    </w:p>
    <w:p>
      <w:pPr>
        <w:bidi/>
        <w:spacing w:after="20"/>
        <w:jc w:val="right"/>
      </w:pPr>
      <w:r>
        <w:rPr>
          <w:rFonts w:ascii="Arial" w:hAnsi="Arial" w:cs="Arial" w:eastAsia="Arial"/>
          <w:lang w:val="he-IL" w:bidi="he-IL"/>
          <w:sz w:val="24"/>
          <w:rtl/>
          <w:szCs w:val="24"/>
        </w:rPr>
        <w:t xml:space="preserve">      ☐ א. 5</w:t>
      </w:r>
    </w:p>
    <w:p>
      <w:pPr>
        <w:bidi/>
        <w:spacing w:after="20"/>
        <w:jc w:val="right"/>
      </w:pPr>
      <w:r>
        <w:rPr>
          <w:rFonts w:ascii="Arial" w:hAnsi="Arial" w:cs="Arial" w:eastAsia="Arial"/>
          <w:lang w:val="he-IL" w:bidi="he-IL"/>
          <w:sz w:val="24"/>
          <w:rtl/>
          <w:szCs w:val="24"/>
        </w:rPr>
        <w:t xml:space="preserve">      ☐ ב. 11</w:t>
      </w:r>
    </w:p>
    <w:p>
      <w:pPr>
        <w:bidi/>
        <w:spacing w:after="20"/>
        <w:jc w:val="right"/>
      </w:pPr>
      <w:r>
        <w:rPr>
          <w:rFonts w:ascii="Arial" w:hAnsi="Arial" w:cs="Arial" w:eastAsia="Arial"/>
          <w:lang w:val="he-IL" w:bidi="he-IL"/>
          <w:sz w:val="24"/>
          <w:rtl/>
          <w:szCs w:val="24"/>
        </w:rPr>
        <w:t xml:space="preserve">      ☐ ג. 20</w:t>
      </w:r>
    </w:p>
    <w:p>
      <w:pPr>
        <w:bidi/>
        <w:spacing w:after="20"/>
        <w:jc w:val="right"/>
      </w:pPr>
      <w:r>
        <w:rPr>
          <w:rFonts w:ascii="Arial" w:hAnsi="Arial" w:cs="Arial" w:eastAsia="Arial"/>
          <w:lang w:val="he-IL" w:bidi="he-IL"/>
          <w:sz w:val="24"/>
          <w:rtl/>
          <w:szCs w:val="24"/>
        </w:rPr>
        <w:t xml:space="preserve">      ☐ ד. 2</w:t>
      </w:r>
    </w:p>
    <w:p>
      <w:pPr>
        <w:bidi/>
        <w:spacing w:after="20"/>
        <w:jc w:val="right"/>
      </w:pPr>
      <w:r>
        <w:rPr>
          <w:rFonts w:ascii="Arial" w:hAnsi="Arial" w:cs="Arial" w:eastAsia="Arial"/>
          <w:lang w:val="he-IL" w:bidi="he-IL"/>
          <w:b/>
          <w:sz w:val="24"/>
          <w:rtl/>
          <w:szCs w:val="24"/>
          <w:bCs/>
        </w:rPr>
        <w:t>2. כמה פרומפטים יש בלשונית משחקים?</w:t>
      </w:r>
    </w:p>
    <w:p>
      <w:pPr>
        <w:bidi/>
        <w:spacing w:after="20"/>
        <w:jc w:val="right"/>
      </w:pPr>
      <w:r>
        <w:rPr>
          <w:rFonts w:ascii="Arial" w:hAnsi="Arial" w:cs="Arial" w:eastAsia="Arial"/>
          <w:lang w:val="he-IL" w:bidi="he-IL"/>
          <w:sz w:val="24"/>
          <w:rtl/>
          <w:szCs w:val="24"/>
        </w:rPr>
        <w:t xml:space="preserve">      ☐ א. 3</w:t>
      </w:r>
    </w:p>
    <w:p>
      <w:pPr>
        <w:bidi/>
        <w:spacing w:after="20"/>
        <w:jc w:val="right"/>
      </w:pPr>
      <w:r>
        <w:rPr>
          <w:rFonts w:ascii="Arial" w:hAnsi="Arial" w:cs="Arial" w:eastAsia="Arial"/>
          <w:lang w:val="he-IL" w:bidi="he-IL"/>
          <w:sz w:val="24"/>
          <w:rtl/>
          <w:szCs w:val="24"/>
        </w:rPr>
        <w:t xml:space="preserve">      ☐ ב. 6</w:t>
      </w:r>
    </w:p>
    <w:p>
      <w:pPr>
        <w:bidi/>
        <w:spacing w:after="20"/>
        <w:jc w:val="right"/>
      </w:pPr>
      <w:r>
        <w:rPr>
          <w:rFonts w:ascii="Arial" w:hAnsi="Arial" w:cs="Arial" w:eastAsia="Arial"/>
          <w:lang w:val="he-IL" w:bidi="he-IL"/>
          <w:sz w:val="24"/>
          <w:rtl/>
          <w:szCs w:val="24"/>
        </w:rPr>
        <w:t xml:space="preserve">      ☐ ג. 11</w:t>
      </w:r>
    </w:p>
    <w:p>
      <w:pPr>
        <w:bidi/>
        <w:spacing w:after="20"/>
        <w:jc w:val="right"/>
      </w:pPr>
      <w:r>
        <w:rPr>
          <w:rFonts w:ascii="Arial" w:hAnsi="Arial" w:cs="Arial" w:eastAsia="Arial"/>
          <w:lang w:val="he-IL" w:bidi="he-IL"/>
          <w:sz w:val="24"/>
          <w:rtl/>
          <w:szCs w:val="24"/>
        </w:rPr>
        <w:t xml:space="preserve">      ☐ ד. 15</w:t>
      </w:r>
    </w:p>
    <w:p>
      <w:pPr>
        <w:bidi/>
        <w:spacing w:after="20"/>
        <w:jc w:val="right"/>
      </w:pPr>
      <w:r>
        <w:rPr>
          <w:rFonts w:ascii="Arial" w:hAnsi="Arial" w:cs="Arial" w:eastAsia="Arial"/>
          <w:lang w:val="he-IL" w:bidi="he-IL"/>
          <w:b/>
          <w:sz w:val="24"/>
          <w:rtl/>
          <w:szCs w:val="24"/>
          <w:bCs/>
        </w:rPr>
        <w:t>3. כמה חלקים יש לפרומפט טוב?</w:t>
      </w:r>
    </w:p>
    <w:p>
      <w:pPr>
        <w:bidi/>
        <w:spacing w:after="20"/>
        <w:jc w:val="right"/>
      </w:pPr>
      <w:r>
        <w:rPr>
          <w:rFonts w:ascii="Arial" w:hAnsi="Arial" w:cs="Arial" w:eastAsia="Arial"/>
          <w:lang w:val="he-IL" w:bidi="he-IL"/>
          <w:sz w:val="24"/>
          <w:rtl/>
          <w:szCs w:val="24"/>
        </w:rPr>
        <w:t xml:space="preserve">      ☐ א. 4</w:t>
      </w:r>
    </w:p>
    <w:p>
      <w:pPr>
        <w:bidi/>
        <w:spacing w:after="20"/>
        <w:jc w:val="right"/>
      </w:pPr>
      <w:r>
        <w:rPr>
          <w:rFonts w:ascii="Arial" w:hAnsi="Arial" w:cs="Arial" w:eastAsia="Arial"/>
          <w:lang w:val="he-IL" w:bidi="he-IL"/>
          <w:sz w:val="24"/>
          <w:rtl/>
          <w:szCs w:val="24"/>
        </w:rPr>
        <w:t xml:space="preserve">      ☐ ב. 5</w:t>
      </w:r>
    </w:p>
    <w:p>
      <w:pPr>
        <w:bidi/>
        <w:spacing w:after="20"/>
        <w:jc w:val="right"/>
      </w:pPr>
      <w:r>
        <w:rPr>
          <w:rFonts w:ascii="Arial" w:hAnsi="Arial" w:cs="Arial" w:eastAsia="Arial"/>
          <w:lang w:val="he-IL" w:bidi="he-IL"/>
          <w:sz w:val="24"/>
          <w:rtl/>
          <w:szCs w:val="24"/>
        </w:rPr>
        <w:t xml:space="preserve">      ☐ ג. 6</w:t>
      </w:r>
    </w:p>
    <w:p>
      <w:pPr>
        <w:bidi/>
        <w:spacing w:after="20"/>
        <w:jc w:val="right"/>
      </w:pPr>
      <w:r>
        <w:rPr>
          <w:rFonts w:ascii="Arial" w:hAnsi="Arial" w:cs="Arial" w:eastAsia="Arial"/>
          <w:lang w:val="he-IL" w:bidi="he-IL"/>
          <w:sz w:val="24"/>
          <w:rtl/>
          <w:szCs w:val="24"/>
        </w:rPr>
        <w:t xml:space="preserve">      ☐ ד. 8</w:t>
      </w:r>
    </w:p>
    <w:p>
      <w:pPr>
        <w:bidi/>
        <w:spacing w:after="20"/>
        <w:jc w:val="right"/>
      </w:pPr>
      <w:r>
        <w:rPr>
          <w:rFonts w:ascii="Arial" w:hAnsi="Arial" w:cs="Arial" w:eastAsia="Arial"/>
          <w:lang w:val="he-IL" w:bidi="he-IL"/>
          <w:b/>
          <w:sz w:val="24"/>
          <w:rtl/>
          <w:szCs w:val="24"/>
          <w:bCs/>
        </w:rPr>
        <w:t>4. מה הבחירה הראשונה בבונה?</w:t>
      </w:r>
    </w:p>
    <w:p>
      <w:pPr>
        <w:bidi/>
        <w:spacing w:after="20"/>
        <w:jc w:val="right"/>
      </w:pPr>
      <w:r>
        <w:rPr>
          <w:rFonts w:ascii="Arial" w:hAnsi="Arial" w:cs="Arial" w:eastAsia="Arial"/>
          <w:lang w:val="he-IL" w:bidi="he-IL"/>
          <w:sz w:val="24"/>
          <w:rtl/>
          <w:szCs w:val="24"/>
        </w:rPr>
        <w:t xml:space="preserve">      ☐ א. טון</w:t>
      </w:r>
    </w:p>
    <w:p>
      <w:pPr>
        <w:bidi/>
        <w:spacing w:after="20"/>
        <w:jc w:val="right"/>
      </w:pPr>
      <w:r>
        <w:rPr>
          <w:rFonts w:ascii="Arial" w:hAnsi="Arial" w:cs="Arial" w:eastAsia="Arial"/>
          <w:lang w:val="he-IL" w:bidi="he-IL"/>
          <w:sz w:val="24"/>
          <w:rtl/>
          <w:szCs w:val="24"/>
        </w:rPr>
        <w:t xml:space="preserve">      ☐ ב. מה צריך ליצור</w:t>
      </w:r>
    </w:p>
    <w:p>
      <w:pPr>
        <w:bidi/>
        <w:spacing w:after="20"/>
        <w:jc w:val="right"/>
      </w:pPr>
      <w:r>
        <w:rPr>
          <w:rFonts w:ascii="Arial" w:hAnsi="Arial" w:cs="Arial" w:eastAsia="Arial"/>
          <w:lang w:val="he-IL" w:bidi="he-IL"/>
          <w:sz w:val="24"/>
          <w:rtl/>
          <w:szCs w:val="24"/>
        </w:rPr>
        <w:t xml:space="preserve">      ☐ ג. שכבה</w:t>
      </w:r>
    </w:p>
    <w:p>
      <w:pPr>
        <w:bidi/>
        <w:spacing w:after="20"/>
        <w:jc w:val="right"/>
      </w:pPr>
      <w:r>
        <w:rPr>
          <w:rFonts w:ascii="Arial" w:hAnsi="Arial" w:cs="Arial" w:eastAsia="Arial"/>
          <w:lang w:val="he-IL" w:bidi="he-IL"/>
          <w:sz w:val="24"/>
          <w:rtl/>
          <w:szCs w:val="24"/>
        </w:rPr>
        <w:t xml:space="preserve">      ☐ ד. תוספות</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בונים דף משימה או משחק – מה כל אבן בניין אומרת</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תפקיד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דוגמה לתוצר הרצוי</w:t>
            </w:r>
          </w:p>
        </w:tc>
      </w:tr>
      <w:tr>
        <w:tc>
          <w:tcPr>
            <w:tcW w:type="dxa" w:w="3969"/>
          </w:tcPr>
          <w:p>
            <w:pPr>
              <w:bidi/>
              <w:jc w:val="right"/>
            </w:pPr>
            <w:r>
              <w:rPr>
                <w:rFonts w:ascii="Arial" w:hAnsi="Arial" w:cs="Arial" w:eastAsia="Arial"/>
                <w:lang w:val="he-IL" w:bidi="he-IL"/>
                <w:sz w:val="24"/>
                <w:rtl/>
                <w:szCs w:val="24"/>
              </w:rPr>
              <w:t>2. משימה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איך התוצר ייראה, למשל טבלה</w:t>
            </w:r>
          </w:p>
        </w:tc>
      </w:tr>
      <w:tr>
        <w:tc>
          <w:tcPr>
            <w:tcW w:type="dxa" w:w="3969"/>
          </w:tcPr>
          <w:p>
            <w:pPr>
              <w:bidi/>
              <w:jc w:val="right"/>
            </w:pPr>
            <w:r>
              <w:rPr>
                <w:rFonts w:ascii="Arial" w:hAnsi="Arial" w:cs="Arial" w:eastAsia="Arial"/>
                <w:lang w:val="he-IL" w:bidi="he-IL"/>
                <w:sz w:val="24"/>
                <w:rtl/>
                <w:szCs w:val="24"/>
              </w:rPr>
              <w:t>3. הקשר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כללים וגבולות לתוצר</w:t>
            </w:r>
          </w:p>
        </w:tc>
      </w:tr>
      <w:tr>
        <w:tc>
          <w:tcPr>
            <w:tcW w:type="dxa" w:w="3969"/>
          </w:tcPr>
          <w:p>
            <w:pPr>
              <w:bidi/>
              <w:jc w:val="right"/>
            </w:pPr>
            <w:r>
              <w:rPr>
                <w:rFonts w:ascii="Arial" w:hAnsi="Arial" w:cs="Arial" w:eastAsia="Arial"/>
                <w:lang w:val="he-IL" w:bidi="he-IL"/>
                <w:sz w:val="24"/>
                <w:rtl/>
                <w:szCs w:val="24"/>
              </w:rPr>
              <w:t>4. פורמט</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מה בדיוק צריך ליצור</w:t>
            </w:r>
          </w:p>
        </w:tc>
      </w:tr>
      <w:tr>
        <w:tc>
          <w:tcPr>
            <w:tcW w:type="dxa" w:w="3969"/>
          </w:tcPr>
          <w:p>
            <w:pPr>
              <w:bidi/>
              <w:jc w:val="right"/>
            </w:pPr>
            <w:r>
              <w:rPr>
                <w:rFonts w:ascii="Arial" w:hAnsi="Arial" w:cs="Arial" w:eastAsia="Arial"/>
                <w:lang w:val="he-IL" w:bidi="he-IL"/>
                <w:sz w:val="24"/>
                <w:rtl/>
                <w:szCs w:val="24"/>
              </w:rPr>
              <w:t>5. מגבלות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מי המורה שמבקש את התוצר</w:t>
            </w:r>
          </w:p>
        </w:tc>
      </w:tr>
      <w:tr>
        <w:tc>
          <w:tcPr>
            <w:tcW w:type="dxa" w:w="3969"/>
          </w:tcPr>
          <w:p>
            <w:pPr>
              <w:bidi/>
              <w:jc w:val="right"/>
            </w:pPr>
            <w:r>
              <w:rPr>
                <w:rFonts w:ascii="Arial" w:hAnsi="Arial" w:cs="Arial" w:eastAsia="Arial"/>
                <w:lang w:val="he-IL" w:bidi="he-IL"/>
                <w:sz w:val="24"/>
                <w:rtl/>
                <w:szCs w:val="24"/>
              </w:rPr>
              <w:t>6. דוגמה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פרטים על הכיתה והשיעור</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3 · בונים דף משימה או משחק – כותבים בעצמנו</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בשלב השני בבונה הפרומפטים בוחרים את ה__________ של המשימה.</w:t>
      </w:r>
    </w:p>
    <w:p>
      <w:pPr>
        <w:bidi/>
        <w:spacing w:after="80"/>
        <w:jc w:val="right"/>
      </w:pPr>
      <w:r>
        <w:rPr>
          <w:rFonts w:ascii="Arial" w:hAnsi="Arial" w:cs="Arial" w:eastAsia="Arial"/>
          <w:lang w:val="he-IL" w:bidi="he-IL"/>
          <w:sz w:val="24"/>
          <w:rtl/>
          <w:szCs w:val="24"/>
        </w:rPr>
        <w:t>2. אבן הבניין שמתארת איך ייראה דף העבודה או המשחק נקראת 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הבנת הנקרא וסיפורים – מושגים בסיסיים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מי הגיבור של הסיפור?</w:t>
      </w:r>
    </w:p>
    <w:p>
      <w:pPr>
        <w:bidi/>
        <w:spacing w:after="20"/>
        <w:jc w:val="right"/>
      </w:pPr>
      <w:r>
        <w:rPr>
          <w:rFonts w:ascii="Arial" w:hAnsi="Arial" w:cs="Arial" w:eastAsia="Arial"/>
          <w:lang w:val="he-IL" w:bidi="he-IL"/>
          <w:sz w:val="24"/>
          <w:rtl/>
          <w:szCs w:val="24"/>
        </w:rPr>
        <w:t xml:space="preserve">      ☐ א. התפאורה שבה מתרחש הסיפור</w:t>
      </w:r>
    </w:p>
    <w:p>
      <w:pPr>
        <w:bidi/>
        <w:spacing w:after="20"/>
        <w:jc w:val="right"/>
      </w:pPr>
      <w:r>
        <w:rPr>
          <w:rFonts w:ascii="Arial" w:hAnsi="Arial" w:cs="Arial" w:eastAsia="Arial"/>
          <w:lang w:val="he-IL" w:bidi="he-IL"/>
          <w:sz w:val="24"/>
          <w:rtl/>
          <w:szCs w:val="24"/>
        </w:rPr>
        <w:t xml:space="preserve">      ☐ ב. הגיבור או הגיבורה של הסיפור</w:t>
      </w:r>
    </w:p>
    <w:p>
      <w:pPr>
        <w:bidi/>
        <w:spacing w:after="20"/>
        <w:jc w:val="right"/>
      </w:pPr>
      <w:r>
        <w:rPr>
          <w:rFonts w:ascii="Arial" w:hAnsi="Arial" w:cs="Arial" w:eastAsia="Arial"/>
          <w:lang w:val="he-IL" w:bidi="he-IL"/>
          <w:sz w:val="24"/>
          <w:rtl/>
          <w:szCs w:val="24"/>
        </w:rPr>
        <w:t xml:space="preserve">      ☐ ג. הכותרת של הסיפור</w:t>
      </w:r>
    </w:p>
    <w:p>
      <w:pPr>
        <w:bidi/>
        <w:spacing w:after="20"/>
        <w:jc w:val="right"/>
      </w:pPr>
      <w:r>
        <w:rPr>
          <w:rFonts w:ascii="Arial" w:hAnsi="Arial" w:cs="Arial" w:eastAsia="Arial"/>
          <w:lang w:val="he-IL" w:bidi="he-IL"/>
          <w:sz w:val="24"/>
          <w:rtl/>
          <w:szCs w:val="24"/>
        </w:rPr>
        <w:t xml:space="preserve">      ☐ ד. האיור שבספר</w:t>
      </w:r>
    </w:p>
    <w:p>
      <w:pPr>
        <w:bidi/>
        <w:spacing w:after="20"/>
        <w:jc w:val="right"/>
      </w:pPr>
      <w:r>
        <w:rPr>
          <w:rFonts w:ascii="Arial" w:hAnsi="Arial" w:cs="Arial" w:eastAsia="Arial"/>
          <w:lang w:val="he-IL" w:bidi="he-IL"/>
          <w:b/>
          <w:sz w:val="24"/>
          <w:rtl/>
          <w:szCs w:val="24"/>
          <w:bCs/>
        </w:rPr>
        <w:t>2. מה זה 'עלילה'?</w:t>
      </w:r>
    </w:p>
    <w:p>
      <w:pPr>
        <w:bidi/>
        <w:spacing w:after="20"/>
        <w:jc w:val="right"/>
      </w:pPr>
      <w:r>
        <w:rPr>
          <w:rFonts w:ascii="Arial" w:hAnsi="Arial" w:cs="Arial" w:eastAsia="Arial"/>
          <w:lang w:val="he-IL" w:bidi="he-IL"/>
          <w:sz w:val="24"/>
          <w:rtl/>
          <w:szCs w:val="24"/>
        </w:rPr>
        <w:t xml:space="preserve">      ☐ א. רשימת מילים קשות</w:t>
      </w:r>
    </w:p>
    <w:p>
      <w:pPr>
        <w:bidi/>
        <w:spacing w:after="20"/>
        <w:jc w:val="right"/>
      </w:pPr>
      <w:r>
        <w:rPr>
          <w:rFonts w:ascii="Arial" w:hAnsi="Arial" w:cs="Arial" w:eastAsia="Arial"/>
          <w:lang w:val="he-IL" w:bidi="he-IL"/>
          <w:sz w:val="24"/>
          <w:rtl/>
          <w:szCs w:val="24"/>
        </w:rPr>
        <w:t xml:space="preserve">      ☐ ב. סדר האירועים שקורים בסיפור</w:t>
      </w:r>
    </w:p>
    <w:p>
      <w:pPr>
        <w:bidi/>
        <w:spacing w:after="20"/>
        <w:jc w:val="right"/>
      </w:pPr>
      <w:r>
        <w:rPr>
          <w:rFonts w:ascii="Arial" w:hAnsi="Arial" w:cs="Arial" w:eastAsia="Arial"/>
          <w:lang w:val="he-IL" w:bidi="he-IL"/>
          <w:sz w:val="24"/>
          <w:rtl/>
          <w:szCs w:val="24"/>
        </w:rPr>
        <w:t xml:space="preserve">      ☐ ג. שם הסופר או הסופרת</w:t>
      </w:r>
    </w:p>
    <w:p>
      <w:pPr>
        <w:bidi/>
        <w:spacing w:after="20"/>
        <w:jc w:val="right"/>
      </w:pPr>
      <w:r>
        <w:rPr>
          <w:rFonts w:ascii="Arial" w:hAnsi="Arial" w:cs="Arial" w:eastAsia="Arial"/>
          <w:lang w:val="he-IL" w:bidi="he-IL"/>
          <w:sz w:val="24"/>
          <w:rtl/>
          <w:szCs w:val="24"/>
        </w:rPr>
        <w:t xml:space="preserve">      ☐ ד. הכריכה של הספר</w:t>
      </w:r>
    </w:p>
    <w:p>
      <w:pPr>
        <w:bidi/>
        <w:spacing w:after="20"/>
        <w:jc w:val="right"/>
      </w:pPr>
      <w:r>
        <w:rPr>
          <w:rFonts w:ascii="Arial" w:hAnsi="Arial" w:cs="Arial" w:eastAsia="Arial"/>
          <w:lang w:val="he-IL" w:bidi="he-IL"/>
          <w:b/>
          <w:sz w:val="24"/>
          <w:rtl/>
          <w:szCs w:val="24"/>
          <w:bCs/>
        </w:rPr>
        <w:t>3. מאילו חלקים בנוי סיפור?</w:t>
      </w:r>
    </w:p>
    <w:p>
      <w:pPr>
        <w:bidi/>
        <w:spacing w:after="20"/>
        <w:jc w:val="right"/>
      </w:pPr>
      <w:r>
        <w:rPr>
          <w:rFonts w:ascii="Arial" w:hAnsi="Arial" w:cs="Arial" w:eastAsia="Arial"/>
          <w:lang w:val="he-IL" w:bidi="he-IL"/>
          <w:sz w:val="24"/>
          <w:rtl/>
          <w:szCs w:val="24"/>
        </w:rPr>
        <w:t xml:space="preserve">      ☐ א. התחלה, אמצע וסוף</w:t>
      </w:r>
    </w:p>
    <w:p>
      <w:pPr>
        <w:bidi/>
        <w:spacing w:after="20"/>
        <w:jc w:val="right"/>
      </w:pPr>
      <w:r>
        <w:rPr>
          <w:rFonts w:ascii="Arial" w:hAnsi="Arial" w:cs="Arial" w:eastAsia="Arial"/>
          <w:lang w:val="he-IL" w:bidi="he-IL"/>
          <w:sz w:val="24"/>
          <w:rtl/>
          <w:szCs w:val="24"/>
        </w:rPr>
        <w:t xml:space="preserve">      ☐ ב. רק סוף</w:t>
      </w:r>
    </w:p>
    <w:p>
      <w:pPr>
        <w:bidi/>
        <w:spacing w:after="20"/>
        <w:jc w:val="right"/>
      </w:pPr>
      <w:r>
        <w:rPr>
          <w:rFonts w:ascii="Arial" w:hAnsi="Arial" w:cs="Arial" w:eastAsia="Arial"/>
          <w:lang w:val="he-IL" w:bidi="he-IL"/>
          <w:sz w:val="24"/>
          <w:rtl/>
          <w:szCs w:val="24"/>
        </w:rPr>
        <w:t xml:space="preserve">      ☐ ג. רק שאלות</w:t>
      </w:r>
    </w:p>
    <w:p>
      <w:pPr>
        <w:bidi/>
        <w:spacing w:after="20"/>
        <w:jc w:val="right"/>
      </w:pPr>
      <w:r>
        <w:rPr>
          <w:rFonts w:ascii="Arial" w:hAnsi="Arial" w:cs="Arial" w:eastAsia="Arial"/>
          <w:lang w:val="he-IL" w:bidi="he-IL"/>
          <w:sz w:val="24"/>
          <w:rtl/>
          <w:szCs w:val="24"/>
        </w:rPr>
        <w:t xml:space="preserve">      ☐ ד. רק איורים</w:t>
      </w:r>
    </w:p>
    <w:p>
      <w:pPr>
        <w:bidi/>
        <w:spacing w:after="20"/>
        <w:jc w:val="right"/>
      </w:pPr>
      <w:r>
        <w:rPr>
          <w:rFonts w:ascii="Arial" w:hAnsi="Arial" w:cs="Arial" w:eastAsia="Arial"/>
          <w:lang w:val="he-IL" w:bidi="he-IL"/>
          <w:b/>
          <w:sz w:val="24"/>
          <w:rtl/>
          <w:szCs w:val="24"/>
          <w:bCs/>
        </w:rPr>
        <w:t>4. למה טוב מילון מושגים?</w:t>
      </w:r>
    </w:p>
    <w:p>
      <w:pPr>
        <w:bidi/>
        <w:spacing w:after="20"/>
        <w:jc w:val="right"/>
      </w:pPr>
      <w:r>
        <w:rPr>
          <w:rFonts w:ascii="Arial" w:hAnsi="Arial" w:cs="Arial" w:eastAsia="Arial"/>
          <w:lang w:val="he-IL" w:bidi="he-IL"/>
          <w:sz w:val="24"/>
          <w:rtl/>
          <w:szCs w:val="24"/>
        </w:rPr>
        <w:t xml:space="preserve">      ☐ א. ללמוד מילים חדשות וקשות שבטקסט</w:t>
      </w:r>
    </w:p>
    <w:p>
      <w:pPr>
        <w:bidi/>
        <w:spacing w:after="20"/>
        <w:jc w:val="right"/>
      </w:pPr>
      <w:r>
        <w:rPr>
          <w:rFonts w:ascii="Arial" w:hAnsi="Arial" w:cs="Arial" w:eastAsia="Arial"/>
          <w:lang w:val="he-IL" w:bidi="he-IL"/>
          <w:sz w:val="24"/>
          <w:rtl/>
          <w:szCs w:val="24"/>
        </w:rPr>
        <w:t xml:space="preserve">      ☐ ב. לצייר תמונה יפה</w:t>
      </w:r>
    </w:p>
    <w:p>
      <w:pPr>
        <w:bidi/>
        <w:spacing w:after="20"/>
        <w:jc w:val="right"/>
      </w:pPr>
      <w:r>
        <w:rPr>
          <w:rFonts w:ascii="Arial" w:hAnsi="Arial" w:cs="Arial" w:eastAsia="Arial"/>
          <w:lang w:val="he-IL" w:bidi="he-IL"/>
          <w:sz w:val="24"/>
          <w:rtl/>
          <w:szCs w:val="24"/>
        </w:rPr>
        <w:t xml:space="preserve">      ☐ ג. לשחק משחק קופסה</w:t>
      </w:r>
    </w:p>
    <w:p>
      <w:pPr>
        <w:bidi/>
        <w:spacing w:after="20"/>
        <w:jc w:val="right"/>
      </w:pPr>
      <w:r>
        <w:rPr>
          <w:rFonts w:ascii="Arial" w:hAnsi="Arial" w:cs="Arial" w:eastAsia="Arial"/>
          <w:lang w:val="he-IL" w:bidi="he-IL"/>
          <w:sz w:val="24"/>
          <w:rtl/>
          <w:szCs w:val="24"/>
        </w:rPr>
        <w:t xml:space="preserve">      ☐ ד. לכתוב שיר חדש</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הבנת הנקרא וסיפורים – התאמת מושגים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דמות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מילה שלא הכרנו לפני קריאת הטקסט</w:t>
            </w:r>
          </w:p>
        </w:tc>
      </w:tr>
      <w:tr>
        <w:tc>
          <w:tcPr>
            <w:tcW w:type="dxa" w:w="3969"/>
          </w:tcPr>
          <w:p>
            <w:pPr>
              <w:bidi/>
              <w:jc w:val="right"/>
            </w:pPr>
            <w:r>
              <w:rPr>
                <w:rFonts w:ascii="Arial" w:hAnsi="Arial" w:cs="Arial" w:eastAsia="Arial"/>
                <w:lang w:val="he-IL" w:bidi="he-IL"/>
                <w:sz w:val="24"/>
                <w:rtl/>
                <w:szCs w:val="24"/>
              </w:rPr>
              <w:t>2. עלילה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המקום והזמן שבהם מתרחש הסיפור</w:t>
            </w:r>
          </w:p>
        </w:tc>
      </w:tr>
      <w:tr>
        <w:tc>
          <w:tcPr>
            <w:tcW w:type="dxa" w:w="3969"/>
          </w:tcPr>
          <w:p>
            <w:pPr>
              <w:bidi/>
              <w:jc w:val="right"/>
            </w:pPr>
            <w:r>
              <w:rPr>
                <w:rFonts w:ascii="Arial" w:hAnsi="Arial" w:cs="Arial" w:eastAsia="Arial"/>
                <w:lang w:val="he-IL" w:bidi="he-IL"/>
                <w:sz w:val="24"/>
                <w:rtl/>
                <w:szCs w:val="24"/>
              </w:rPr>
              <w:t>3. רקע</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סדר האירועים שקורים בסיפור</w:t>
            </w:r>
          </w:p>
        </w:tc>
      </w:tr>
      <w:tr>
        <w:tc>
          <w:tcPr>
            <w:tcW w:type="dxa" w:w="3969"/>
          </w:tcPr>
          <w:p>
            <w:pPr>
              <w:bidi/>
              <w:jc w:val="right"/>
            </w:pPr>
            <w:r>
              <w:rPr>
                <w:rFonts w:ascii="Arial" w:hAnsi="Arial" w:cs="Arial" w:eastAsia="Arial"/>
                <w:lang w:val="he-IL" w:bidi="he-IL"/>
                <w:sz w:val="24"/>
                <w:rtl/>
                <w:szCs w:val="24"/>
              </w:rPr>
              <w:t>4. מילה חדשה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הלקח או הרעיון שהסיפור רוצה ללמד אותנו</w:t>
            </w:r>
          </w:p>
        </w:tc>
      </w:tr>
      <w:tr>
        <w:tc>
          <w:tcPr>
            <w:tcW w:type="dxa" w:w="3969"/>
          </w:tcPr>
          <w:p>
            <w:pPr>
              <w:bidi/>
              <w:jc w:val="right"/>
            </w:pPr>
            <w:r>
              <w:rPr>
                <w:rFonts w:ascii="Arial" w:hAnsi="Arial" w:cs="Arial" w:eastAsia="Arial"/>
                <w:lang w:val="he-IL" w:bidi="he-IL"/>
                <w:sz w:val="24"/>
                <w:rtl/>
                <w:szCs w:val="24"/>
              </w:rPr>
              <w:t>5. מוסר השכל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מי שהסיפור מספר עליו, הגיבור או הגיבורה</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4 · הבנת הנקרא וסיפורים – קריאה והבנה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קראו את הקטע וענו על השאלות: 'דנה ראתה ציפור קטנה שנפלה מהקן בחצר הבית. היא אספה אותה בזהירות ושמה אותה בקופסה עם עלים רכים. כל יום היא האכילה את הציפור ונתנה לה מים. אחרי שבוע הציפור התחזקה ופרשה כנפיים. דנה פתחה את החלון והציפור עפה בחזרה לשמיים.' מה דנה מצאה בחצר הבית?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איך דנה טיפלה בציפור? כתבו שני דברים שהיא עשתה.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למה דנה הרגישה שמחה בסוף הסיפור? הסבירו במשפט משלכם.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כתבו כותרת מתאימה לסיפור ונמקו במשפט אחד למה בחרתם בה.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5 · הודעות, רגשות ותקשורת – זיהוי יסודות של הודעה מנומסת ורגשות</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הודעה מנומסת מתחילה בברכה כמו 'שלום'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מילים כמו 'שמח', 'עצוב' ו'גאה' מתארות רגשות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בהודעה למורה מותר לכתוב את הציונים של ילדים אחרים בכיתה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הודעה מנומסת יכולה להסתיים במילה 'תודה'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אם מרגישים מבולבלים לפני שמבינים נושא חדש, זה אומר שלא מתאמצים מספיק</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הודעות, רגשות ותקשורת – התאמת רגשות למצבים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שמח/ה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סיימתי לבד משימה קשה</w:t>
            </w:r>
          </w:p>
        </w:tc>
      </w:tr>
      <w:tr>
        <w:tc>
          <w:tcPr>
            <w:tcW w:type="dxa" w:w="3969"/>
          </w:tcPr>
          <w:p>
            <w:pPr>
              <w:bidi/>
              <w:jc w:val="right"/>
            </w:pPr>
            <w:r>
              <w:rPr>
                <w:rFonts w:ascii="Arial" w:hAnsi="Arial" w:cs="Arial" w:eastAsia="Arial"/>
                <w:lang w:val="he-IL" w:bidi="he-IL"/>
                <w:sz w:val="24"/>
                <w:rtl/>
                <w:szCs w:val="24"/>
              </w:rPr>
              <w:t>2. מתוח/ה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תרגלתי הרבה ואני מוכן/ה למבחן</w:t>
            </w:r>
          </w:p>
        </w:tc>
      </w:tr>
      <w:tr>
        <w:tc>
          <w:tcPr>
            <w:tcW w:type="dxa" w:w="3969"/>
          </w:tcPr>
          <w:p>
            <w:pPr>
              <w:bidi/>
              <w:jc w:val="right"/>
            </w:pPr>
            <w:r>
              <w:rPr>
                <w:rFonts w:ascii="Arial" w:hAnsi="Arial" w:cs="Arial" w:eastAsia="Arial"/>
                <w:lang w:val="he-IL" w:bidi="he-IL"/>
                <w:sz w:val="24"/>
                <w:rtl/>
                <w:szCs w:val="24"/>
              </w:rPr>
              <w:t>3. גאה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קיבלתי מתנה ליום הולדת</w:t>
            </w:r>
          </w:p>
        </w:tc>
      </w:tr>
      <w:tr>
        <w:tc>
          <w:tcPr>
            <w:tcW w:type="dxa" w:w="3969"/>
          </w:tcPr>
          <w:p>
            <w:pPr>
              <w:bidi/>
              <w:jc w:val="right"/>
            </w:pPr>
            <w:r>
              <w:rPr>
                <w:rFonts w:ascii="Arial" w:hAnsi="Arial" w:cs="Arial" w:eastAsia="Arial"/>
                <w:lang w:val="he-IL" w:bidi="he-IL"/>
                <w:sz w:val="24"/>
                <w:rtl/>
                <w:szCs w:val="24"/>
              </w:rPr>
              <w:t>4. מבולבל/ת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מחכה למבחן גדול מחר</w:t>
            </w:r>
          </w:p>
        </w:tc>
      </w:tr>
      <w:tr>
        <w:tc>
          <w:tcPr>
            <w:tcW w:type="dxa" w:w="3969"/>
          </w:tcPr>
          <w:p>
            <w:pPr>
              <w:bidi/>
              <w:jc w:val="right"/>
            </w:pPr>
            <w:r>
              <w:rPr>
                <w:rFonts w:ascii="Arial" w:hAnsi="Arial" w:cs="Arial" w:eastAsia="Arial"/>
                <w:lang w:val="he-IL" w:bidi="he-IL"/>
                <w:sz w:val="24"/>
                <w:rtl/>
                <w:szCs w:val="24"/>
              </w:rPr>
              <w:t>5. בטוח/ה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לא הבנתי את ההסבר בשיעור</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הודעות, רגשות ותקשורת – כתיבה אישית</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כתבו הודעה קצרה ומנומסת למורה שמספרת שלא הבנתם שיעור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הודעה קצרה להורים שמספרת על הצלחה בבית הספר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תארו רגש אחד שהרגשתם היום ונמקו למה הרגשתם כך</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כתבו שתי עצות לשמירה על נימוס ופרטיות כשכותבים הודעה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6 · בודקים ומשפרים – זוכרים</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בכרטיס היציאה 3-2-1 כותבים קודם כל שלוש אבני בניין שזכרנו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מותר לכתוב בבקשה את השם המלא של תלמיד כדי שהתשובה תהיה מדויקת יותר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אחרי שמקבלים תשובה מכלי חכם חשוב לבדוק את העובדות מול מקור אמין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פרומפט הבדיקה עוזר למצוא משפטים שלא מופיעים במקור ולתקן אותם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אם מצאנו טעות בתשובה הכי טוב להתעלם ממנה ולהגיש אותה כמו שהיא</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פרק 6 · בודקים ומשפרים – מתרגלים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תפקיד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פרטים על הכיתה והנושא הנלמד</w:t>
            </w:r>
          </w:p>
        </w:tc>
      </w:tr>
      <w:tr>
        <w:tc>
          <w:tcPr>
            <w:tcW w:type="dxa" w:w="3969"/>
          </w:tcPr>
          <w:p>
            <w:pPr>
              <w:bidi/>
              <w:jc w:val="right"/>
            </w:pPr>
            <w:r>
              <w:rPr>
                <w:rFonts w:ascii="Arial" w:hAnsi="Arial" w:cs="Arial" w:eastAsia="Arial"/>
                <w:lang w:val="he-IL" w:bidi="he-IL"/>
                <w:sz w:val="24"/>
                <w:rtl/>
                <w:szCs w:val="24"/>
              </w:rPr>
              <w:t>2. משימה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איך התוצר ייראה, למשל טבלה</w:t>
            </w:r>
          </w:p>
        </w:tc>
      </w:tr>
      <w:tr>
        <w:tc>
          <w:tcPr>
            <w:tcW w:type="dxa" w:w="3969"/>
          </w:tcPr>
          <w:p>
            <w:pPr>
              <w:bidi/>
              <w:jc w:val="right"/>
            </w:pPr>
            <w:r>
              <w:rPr>
                <w:rFonts w:ascii="Arial" w:hAnsi="Arial" w:cs="Arial" w:eastAsia="Arial"/>
                <w:lang w:val="he-IL" w:bidi="he-IL"/>
                <w:sz w:val="24"/>
                <w:rtl/>
                <w:szCs w:val="24"/>
              </w:rPr>
              <w:t>3. הקשר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משווים את התשובה למקור ומתקנים טעויות</w:t>
            </w:r>
          </w:p>
        </w:tc>
      </w:tr>
      <w:tr>
        <w:tc>
          <w:tcPr>
            <w:tcW w:type="dxa" w:w="3969"/>
          </w:tcPr>
          <w:p>
            <w:pPr>
              <w:bidi/>
              <w:jc w:val="right"/>
            </w:pPr>
            <w:r>
              <w:rPr>
                <w:rFonts w:ascii="Arial" w:hAnsi="Arial" w:cs="Arial" w:eastAsia="Arial"/>
                <w:lang w:val="he-IL" w:bidi="he-IL"/>
                <w:sz w:val="24"/>
                <w:rtl/>
                <w:szCs w:val="24"/>
              </w:rPr>
              <w:t>4. פורמט</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לא מוסיפים שם או פרט מזהה של תלמיד</w:t>
            </w:r>
          </w:p>
        </w:tc>
      </w:tr>
      <w:tr>
        <w:tc>
          <w:tcPr>
            <w:tcW w:type="dxa" w:w="3969"/>
          </w:tcPr>
          <w:p>
            <w:pPr>
              <w:bidi/>
              <w:jc w:val="right"/>
            </w:pPr>
            <w:r>
              <w:rPr>
                <w:rFonts w:ascii="Arial" w:hAnsi="Arial" w:cs="Arial" w:eastAsia="Arial"/>
                <w:lang w:val="he-IL" w:bidi="he-IL"/>
                <w:sz w:val="24"/>
                <w:rtl/>
                <w:szCs w:val="24"/>
              </w:rPr>
              <w:t>5. פרטיות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מה בדיוק רוצים לקבל, למשל דף עבודה</w:t>
            </w:r>
          </w:p>
        </w:tc>
      </w:tr>
      <w:tr>
        <w:tc>
          <w:tcPr>
            <w:tcW w:type="dxa" w:w="3969"/>
          </w:tcPr>
          <w:p>
            <w:pPr>
              <w:bidi/>
              <w:jc w:val="right"/>
            </w:pPr>
            <w:r>
              <w:rPr>
                <w:rFonts w:ascii="Arial" w:hAnsi="Arial" w:cs="Arial" w:eastAsia="Arial"/>
                <w:lang w:val="he-IL" w:bidi="he-IL"/>
                <w:sz w:val="24"/>
                <w:rtl/>
                <w:szCs w:val="24"/>
              </w:rPr>
              <w:t>6. בדיקת עובדות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מי כאילו כותב את הבקשה, למשל מורה מנוסה</w:t>
            </w:r>
          </w:p>
        </w:tc>
      </w:tr>
    </w:tbl>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האם ידעתי לכתוב בקשה עם כל אבני הבניין?</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ידעתי להתאים הודעה אחת לשני קוראים שונים?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בדקתי את מה שכתבתי ושיפרתי אותו?</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אוגדן פרומפטים מנצחים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